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101A" w14:textId="77777777" w:rsidR="00205CF4" w:rsidRPr="002E04E3" w:rsidRDefault="00205CF4" w:rsidP="0086600B">
      <w:pPr>
        <w:spacing w:after="0" w:line="240" w:lineRule="auto"/>
        <w:rPr>
          <w:rFonts w:ascii="Arial" w:hAnsi="Arial" w:cs="Times New Roman"/>
          <w:b/>
          <w:bCs/>
          <w:sz w:val="20"/>
          <w:szCs w:val="20"/>
          <w:lang w:val="uk-UA" w:eastAsia="ru-RU"/>
        </w:rPr>
      </w:pPr>
    </w:p>
    <w:p w14:paraId="114B9B20" w14:textId="77777777" w:rsidR="00205CF4" w:rsidRPr="00205CF4" w:rsidRDefault="00205CF4" w:rsidP="00205CF4">
      <w:pPr>
        <w:spacing w:after="0" w:line="240" w:lineRule="auto"/>
        <w:jc w:val="center"/>
        <w:rPr>
          <w:rFonts w:ascii="Arial" w:hAnsi="Arial" w:cs="Times New Roman"/>
          <w:sz w:val="24"/>
          <w:szCs w:val="20"/>
          <w:lang w:val="uk-UA" w:eastAsia="ru-RU"/>
        </w:rPr>
      </w:pPr>
      <w:r w:rsidRPr="00205CF4">
        <w:rPr>
          <w:rFonts w:ascii="Arial" w:hAnsi="Arial" w:cs="Times New Roman"/>
          <w:noProof/>
          <w:sz w:val="20"/>
          <w:szCs w:val="20"/>
          <w:lang w:val="ru-RU" w:eastAsia="ru-RU"/>
        </w:rPr>
        <w:drawing>
          <wp:inline distT="0" distB="0" distL="0" distR="0" wp14:anchorId="1C7D3326" wp14:editId="0A1FF25A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E0C3" w14:textId="77777777" w:rsidR="00205CF4" w:rsidRDefault="00205CF4">
      <w:pPr>
        <w:spacing w:after="0" w:line="240" w:lineRule="auto"/>
        <w:jc w:val="center"/>
        <w:rPr>
          <w:b/>
        </w:rPr>
      </w:pPr>
    </w:p>
    <w:p w14:paraId="16DD4CEB" w14:textId="77777777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ШОСТКИНСЬКА МІСЬКА РАДА</w:t>
      </w:r>
    </w:p>
    <w:p w14:paraId="42DC9010" w14:textId="77777777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РОЗПОРЯДЖЕННЯ</w:t>
      </w:r>
    </w:p>
    <w:p w14:paraId="228F9499" w14:textId="77777777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МІСЬКОГО ГОЛОВИ</w:t>
      </w:r>
    </w:p>
    <w:p w14:paraId="794482CD" w14:textId="77777777" w:rsidR="00205CF4" w:rsidRDefault="00205CF4">
      <w:pPr>
        <w:spacing w:after="0" w:line="240" w:lineRule="auto"/>
        <w:jc w:val="center"/>
        <w:rPr>
          <w:lang w:val="ru-RU"/>
        </w:rPr>
      </w:pPr>
    </w:p>
    <w:p w14:paraId="545AEEC7" w14:textId="77777777" w:rsidR="00205CF4" w:rsidRDefault="00205CF4">
      <w:pPr>
        <w:spacing w:after="0" w:line="240" w:lineRule="auto"/>
        <w:jc w:val="center"/>
        <w:rPr>
          <w:lang w:val="ru-RU"/>
        </w:rPr>
      </w:pPr>
    </w:p>
    <w:p w14:paraId="3F872F52" w14:textId="4530B2BB" w:rsidR="00697AB5" w:rsidRPr="00205CF4" w:rsidRDefault="002E04E3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10.08.2026</w:t>
      </w:r>
      <w:r w:rsidR="00B01071" w:rsidRPr="00205CF4">
        <w:rPr>
          <w:lang w:val="ru-RU"/>
        </w:rPr>
        <w:t xml:space="preserve">                    м. Шостка                         № </w:t>
      </w:r>
      <w:r>
        <w:rPr>
          <w:lang w:val="ru-RU"/>
        </w:rPr>
        <w:t>41-од</w:t>
      </w:r>
    </w:p>
    <w:p w14:paraId="402F2D43" w14:textId="77777777" w:rsidR="00697AB5" w:rsidRPr="00205CF4" w:rsidRDefault="00697AB5">
      <w:pPr>
        <w:spacing w:after="0" w:line="240" w:lineRule="auto"/>
        <w:jc w:val="center"/>
        <w:rPr>
          <w:lang w:val="ru-RU"/>
        </w:rPr>
      </w:pPr>
    </w:p>
    <w:p w14:paraId="6CE84053" w14:textId="77777777" w:rsidR="0086600B" w:rsidRPr="002E04E3" w:rsidRDefault="0086600B" w:rsidP="0086600B">
      <w:pPr>
        <w:spacing w:after="0" w:line="240" w:lineRule="auto"/>
        <w:rPr>
          <w:bCs/>
          <w:lang w:val="ru-RU"/>
        </w:rPr>
      </w:pPr>
      <w:r>
        <w:rPr>
          <w:b/>
          <w:lang w:val="ru-RU"/>
        </w:rPr>
        <w:t xml:space="preserve">  </w:t>
      </w:r>
      <w:r w:rsidR="00B01071" w:rsidRPr="002E04E3">
        <w:rPr>
          <w:bCs/>
          <w:lang w:val="ru-RU"/>
        </w:rPr>
        <w:t xml:space="preserve">Про </w:t>
      </w:r>
      <w:proofErr w:type="spellStart"/>
      <w:r w:rsidR="00B01071" w:rsidRPr="002E04E3">
        <w:rPr>
          <w:bCs/>
          <w:lang w:val="ru-RU"/>
        </w:rPr>
        <w:t>створення</w:t>
      </w:r>
      <w:proofErr w:type="spellEnd"/>
      <w:r w:rsidR="00B01071" w:rsidRPr="002E04E3">
        <w:rPr>
          <w:bCs/>
          <w:lang w:val="ru-RU"/>
        </w:rPr>
        <w:t xml:space="preserve"> </w:t>
      </w:r>
      <w:proofErr w:type="spellStart"/>
      <w:r w:rsidR="00B01071" w:rsidRPr="002E04E3">
        <w:rPr>
          <w:bCs/>
          <w:lang w:val="ru-RU"/>
        </w:rPr>
        <w:t>робочої</w:t>
      </w:r>
      <w:proofErr w:type="spellEnd"/>
      <w:r w:rsidR="00B01071" w:rsidRPr="002E04E3">
        <w:rPr>
          <w:bCs/>
          <w:lang w:val="ru-RU"/>
        </w:rPr>
        <w:t xml:space="preserve"> </w:t>
      </w:r>
      <w:proofErr w:type="spellStart"/>
      <w:r w:rsidR="00B01071" w:rsidRPr="002E04E3">
        <w:rPr>
          <w:bCs/>
          <w:lang w:val="ru-RU"/>
        </w:rPr>
        <w:t>групи</w:t>
      </w:r>
      <w:proofErr w:type="spellEnd"/>
      <w:r w:rsidR="00B01071" w:rsidRPr="002E04E3">
        <w:rPr>
          <w:bCs/>
          <w:lang w:val="ru-RU"/>
        </w:rPr>
        <w:t xml:space="preserve"> з</w:t>
      </w:r>
    </w:p>
    <w:p w14:paraId="24F899F4" w14:textId="77777777" w:rsidR="0086600B" w:rsidRPr="002E04E3" w:rsidRDefault="00B01071" w:rsidP="0086600B">
      <w:pPr>
        <w:spacing w:after="0" w:line="240" w:lineRule="auto"/>
        <w:rPr>
          <w:bCs/>
          <w:lang w:val="ru-RU"/>
        </w:rPr>
      </w:pPr>
      <w:r w:rsidRPr="002E04E3">
        <w:rPr>
          <w:bCs/>
          <w:lang w:val="ru-RU"/>
        </w:rPr>
        <w:t xml:space="preserve"> </w:t>
      </w:r>
      <w:proofErr w:type="spellStart"/>
      <w:r w:rsidRPr="002E04E3">
        <w:rPr>
          <w:bCs/>
          <w:lang w:val="ru-RU"/>
        </w:rPr>
        <w:t>питань</w:t>
      </w:r>
      <w:proofErr w:type="spellEnd"/>
      <w:r w:rsidRPr="002E04E3">
        <w:rPr>
          <w:bCs/>
          <w:lang w:val="ru-RU"/>
        </w:rPr>
        <w:t xml:space="preserve"> </w:t>
      </w:r>
      <w:proofErr w:type="spellStart"/>
      <w:r w:rsidRPr="002E04E3">
        <w:rPr>
          <w:bCs/>
          <w:lang w:val="ru-RU"/>
        </w:rPr>
        <w:t>організації</w:t>
      </w:r>
      <w:proofErr w:type="spellEnd"/>
      <w:r w:rsidRPr="002E04E3">
        <w:rPr>
          <w:bCs/>
          <w:lang w:val="ru-RU"/>
        </w:rPr>
        <w:t xml:space="preserve"> та </w:t>
      </w:r>
      <w:proofErr w:type="spellStart"/>
      <w:r w:rsidRPr="002E04E3">
        <w:rPr>
          <w:bCs/>
          <w:lang w:val="ru-RU"/>
        </w:rPr>
        <w:t>координації</w:t>
      </w:r>
      <w:proofErr w:type="spellEnd"/>
      <w:r w:rsidRPr="002E04E3">
        <w:rPr>
          <w:bCs/>
          <w:lang w:val="ru-RU"/>
        </w:rPr>
        <w:t xml:space="preserve"> </w:t>
      </w:r>
    </w:p>
    <w:p w14:paraId="7036EB65" w14:textId="77777777" w:rsidR="0086600B" w:rsidRPr="002E04E3" w:rsidRDefault="0086600B" w:rsidP="0086600B">
      <w:pPr>
        <w:spacing w:after="0" w:line="240" w:lineRule="auto"/>
        <w:rPr>
          <w:bCs/>
          <w:lang w:val="ru-RU"/>
        </w:rPr>
      </w:pPr>
      <w:r w:rsidRPr="002E04E3">
        <w:rPr>
          <w:bCs/>
          <w:lang w:val="ru-RU"/>
        </w:rPr>
        <w:t xml:space="preserve"> </w:t>
      </w:r>
      <w:proofErr w:type="spellStart"/>
      <w:r w:rsidR="00B01071" w:rsidRPr="002E04E3">
        <w:rPr>
          <w:bCs/>
          <w:lang w:val="ru-RU"/>
        </w:rPr>
        <w:t>робіт</w:t>
      </w:r>
      <w:proofErr w:type="spellEnd"/>
      <w:r w:rsidR="00B01071" w:rsidRPr="002E04E3">
        <w:rPr>
          <w:bCs/>
          <w:lang w:val="ru-RU"/>
        </w:rPr>
        <w:t xml:space="preserve"> з монтажу, </w:t>
      </w:r>
      <w:proofErr w:type="spellStart"/>
      <w:r w:rsidR="00B01071" w:rsidRPr="002E04E3">
        <w:rPr>
          <w:bCs/>
          <w:lang w:val="ru-RU"/>
        </w:rPr>
        <w:t>підключення</w:t>
      </w:r>
      <w:proofErr w:type="spellEnd"/>
      <w:r w:rsidR="00B01071" w:rsidRPr="002E04E3">
        <w:rPr>
          <w:bCs/>
          <w:lang w:val="ru-RU"/>
        </w:rPr>
        <w:t xml:space="preserve"> та </w:t>
      </w:r>
    </w:p>
    <w:p w14:paraId="05F18605" w14:textId="77777777" w:rsidR="00697AB5" w:rsidRPr="002E04E3" w:rsidRDefault="0086600B" w:rsidP="0086600B">
      <w:pPr>
        <w:spacing w:after="0" w:line="240" w:lineRule="auto"/>
        <w:rPr>
          <w:bCs/>
          <w:lang w:val="ru-RU"/>
        </w:rPr>
      </w:pPr>
      <w:r w:rsidRPr="002E04E3">
        <w:rPr>
          <w:bCs/>
          <w:lang w:val="ru-RU"/>
        </w:rPr>
        <w:t xml:space="preserve"> </w:t>
      </w:r>
      <w:proofErr w:type="spellStart"/>
      <w:r w:rsidR="00B01071" w:rsidRPr="002E04E3">
        <w:rPr>
          <w:bCs/>
          <w:lang w:val="ru-RU"/>
        </w:rPr>
        <w:t>введення</w:t>
      </w:r>
      <w:proofErr w:type="spellEnd"/>
      <w:r w:rsidR="00B01071" w:rsidRPr="002E04E3">
        <w:rPr>
          <w:bCs/>
          <w:lang w:val="ru-RU"/>
        </w:rPr>
        <w:t xml:space="preserve"> в </w:t>
      </w:r>
      <w:proofErr w:type="spellStart"/>
      <w:r w:rsidR="00B01071" w:rsidRPr="002E04E3">
        <w:rPr>
          <w:bCs/>
          <w:lang w:val="ru-RU"/>
        </w:rPr>
        <w:t>експлуатацію</w:t>
      </w:r>
      <w:proofErr w:type="spellEnd"/>
      <w:r w:rsidR="00B01071" w:rsidRPr="002E04E3">
        <w:rPr>
          <w:bCs/>
          <w:lang w:val="ru-RU"/>
        </w:rPr>
        <w:t xml:space="preserve"> КГУ та БМК</w:t>
      </w:r>
    </w:p>
    <w:p w14:paraId="1DAF18E7" w14:textId="77777777" w:rsidR="00205CF4" w:rsidRDefault="00205CF4">
      <w:pPr>
        <w:spacing w:after="0" w:line="240" w:lineRule="auto"/>
        <w:ind w:firstLine="709"/>
        <w:rPr>
          <w:lang w:val="ru-RU"/>
        </w:rPr>
      </w:pPr>
    </w:p>
    <w:p w14:paraId="57FE1650" w14:textId="77777777" w:rsidR="007E0E39" w:rsidRDefault="007E0E39" w:rsidP="00205CF4">
      <w:pPr>
        <w:spacing w:after="0" w:line="240" w:lineRule="auto"/>
        <w:ind w:firstLine="709"/>
        <w:jc w:val="both"/>
        <w:rPr>
          <w:lang w:val="ru-RU"/>
        </w:rPr>
      </w:pPr>
    </w:p>
    <w:p w14:paraId="3D204C46" w14:textId="77777777" w:rsidR="007E0E39" w:rsidRDefault="007E0E39" w:rsidP="00205CF4">
      <w:pPr>
        <w:spacing w:after="0" w:line="240" w:lineRule="auto"/>
        <w:ind w:firstLine="709"/>
        <w:jc w:val="both"/>
        <w:rPr>
          <w:lang w:val="ru-RU"/>
        </w:rPr>
      </w:pPr>
    </w:p>
    <w:p w14:paraId="615B1A67" w14:textId="49AAEBAE" w:rsidR="00697AB5" w:rsidRPr="00205CF4" w:rsidRDefault="00B01071" w:rsidP="00205CF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205CF4">
        <w:rPr>
          <w:lang w:val="ru-RU"/>
        </w:rPr>
        <w:t>Відповідно</w:t>
      </w:r>
      <w:proofErr w:type="spellEnd"/>
      <w:r w:rsidRPr="00205CF4">
        <w:rPr>
          <w:lang w:val="ru-RU"/>
        </w:rPr>
        <w:t xml:space="preserve"> до </w:t>
      </w:r>
      <w:proofErr w:type="spellStart"/>
      <w:r w:rsidRPr="00205CF4">
        <w:rPr>
          <w:lang w:val="ru-RU"/>
        </w:rPr>
        <w:t>статті</w:t>
      </w:r>
      <w:proofErr w:type="spellEnd"/>
      <w:r w:rsidRPr="00205CF4">
        <w:rPr>
          <w:lang w:val="ru-RU"/>
        </w:rPr>
        <w:t xml:space="preserve"> 42 Закону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 xml:space="preserve"> «Про </w:t>
      </w:r>
      <w:proofErr w:type="spellStart"/>
      <w:r w:rsidRPr="00205CF4">
        <w:rPr>
          <w:lang w:val="ru-RU"/>
        </w:rPr>
        <w:t>місцеве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самоврядування</w:t>
      </w:r>
      <w:proofErr w:type="spellEnd"/>
      <w:r w:rsidRPr="00205CF4">
        <w:rPr>
          <w:lang w:val="ru-RU"/>
        </w:rPr>
        <w:t xml:space="preserve"> в </w:t>
      </w:r>
      <w:proofErr w:type="spellStart"/>
      <w:r w:rsidRPr="00205CF4">
        <w:rPr>
          <w:lang w:val="ru-RU"/>
        </w:rPr>
        <w:t>Україні</w:t>
      </w:r>
      <w:proofErr w:type="spellEnd"/>
      <w:r w:rsidRPr="00205CF4">
        <w:rPr>
          <w:lang w:val="ru-RU"/>
        </w:rPr>
        <w:t xml:space="preserve">», </w:t>
      </w:r>
      <w:proofErr w:type="spellStart"/>
      <w:r w:rsidRPr="00205CF4">
        <w:rPr>
          <w:lang w:val="ru-RU"/>
        </w:rPr>
        <w:t>статті</w:t>
      </w:r>
      <w:proofErr w:type="spellEnd"/>
      <w:r w:rsidRPr="00205CF4">
        <w:rPr>
          <w:lang w:val="ru-RU"/>
        </w:rPr>
        <w:t xml:space="preserve"> 19 Кодексу </w:t>
      </w:r>
      <w:proofErr w:type="spellStart"/>
      <w:r w:rsidRPr="00205CF4">
        <w:rPr>
          <w:lang w:val="ru-RU"/>
        </w:rPr>
        <w:t>цивільного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захисту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 xml:space="preserve">, з </w:t>
      </w:r>
      <w:proofErr w:type="spellStart"/>
      <w:r w:rsidRPr="00205CF4">
        <w:rPr>
          <w:lang w:val="ru-RU"/>
        </w:rPr>
        <w:t>урахуванням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положень</w:t>
      </w:r>
      <w:proofErr w:type="spellEnd"/>
      <w:r w:rsidRPr="00205CF4">
        <w:rPr>
          <w:lang w:val="ru-RU"/>
        </w:rPr>
        <w:t xml:space="preserve"> Закону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 xml:space="preserve"> «Про </w:t>
      </w:r>
      <w:proofErr w:type="spellStart"/>
      <w:r w:rsidRPr="00205CF4">
        <w:rPr>
          <w:lang w:val="ru-RU"/>
        </w:rPr>
        <w:t>правовий</w:t>
      </w:r>
      <w:proofErr w:type="spellEnd"/>
      <w:r w:rsidRPr="00205CF4">
        <w:rPr>
          <w:lang w:val="ru-RU"/>
        </w:rPr>
        <w:t xml:space="preserve"> режим </w:t>
      </w:r>
      <w:proofErr w:type="spellStart"/>
      <w:r w:rsidRPr="00205CF4">
        <w:rPr>
          <w:lang w:val="ru-RU"/>
        </w:rPr>
        <w:t>воєнного</w:t>
      </w:r>
      <w:proofErr w:type="spellEnd"/>
      <w:r w:rsidRPr="00205CF4">
        <w:rPr>
          <w:lang w:val="ru-RU"/>
        </w:rPr>
        <w:t xml:space="preserve"> стану», на </w:t>
      </w:r>
      <w:proofErr w:type="spellStart"/>
      <w:r w:rsidRPr="00205CF4">
        <w:rPr>
          <w:lang w:val="ru-RU"/>
        </w:rPr>
        <w:t>виконання</w:t>
      </w:r>
      <w:proofErr w:type="spellEnd"/>
      <w:r w:rsidRPr="00205CF4">
        <w:rPr>
          <w:lang w:val="ru-RU"/>
        </w:rPr>
        <w:t xml:space="preserve"> протокольного </w:t>
      </w:r>
      <w:proofErr w:type="spellStart"/>
      <w:r w:rsidRPr="00205CF4">
        <w:rPr>
          <w:lang w:val="ru-RU"/>
        </w:rPr>
        <w:t>доручення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від</w:t>
      </w:r>
      <w:proofErr w:type="spellEnd"/>
      <w:r w:rsidRPr="00205CF4">
        <w:rPr>
          <w:lang w:val="ru-RU"/>
        </w:rPr>
        <w:t xml:space="preserve"> 14 липня 2026 року № 123, з метою </w:t>
      </w:r>
      <w:proofErr w:type="spellStart"/>
      <w:r w:rsidRPr="00205CF4">
        <w:rPr>
          <w:lang w:val="ru-RU"/>
        </w:rPr>
        <w:t>координації</w:t>
      </w:r>
      <w:proofErr w:type="spellEnd"/>
      <w:r w:rsidRPr="00205CF4">
        <w:rPr>
          <w:lang w:val="ru-RU"/>
        </w:rPr>
        <w:t xml:space="preserve"> та оперативного </w:t>
      </w:r>
      <w:proofErr w:type="spellStart"/>
      <w:r w:rsidRPr="00205CF4">
        <w:rPr>
          <w:lang w:val="ru-RU"/>
        </w:rPr>
        <w:t>вирішення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питань</w:t>
      </w:r>
      <w:proofErr w:type="spellEnd"/>
      <w:r w:rsidRPr="00205CF4">
        <w:rPr>
          <w:lang w:val="ru-RU"/>
        </w:rPr>
        <w:t xml:space="preserve">, </w:t>
      </w:r>
      <w:proofErr w:type="spellStart"/>
      <w:r w:rsidRPr="00205CF4">
        <w:rPr>
          <w:lang w:val="ru-RU"/>
        </w:rPr>
        <w:t>пов’язаних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із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монтажем</w:t>
      </w:r>
      <w:proofErr w:type="spellEnd"/>
      <w:r w:rsidRPr="00205CF4">
        <w:rPr>
          <w:lang w:val="ru-RU"/>
        </w:rPr>
        <w:t xml:space="preserve">, </w:t>
      </w:r>
      <w:proofErr w:type="spellStart"/>
      <w:r w:rsidRPr="00205CF4">
        <w:rPr>
          <w:lang w:val="ru-RU"/>
        </w:rPr>
        <w:t>підключенням</w:t>
      </w:r>
      <w:proofErr w:type="spellEnd"/>
      <w:r w:rsidRPr="00205CF4">
        <w:rPr>
          <w:lang w:val="ru-RU"/>
        </w:rPr>
        <w:t xml:space="preserve"> та </w:t>
      </w:r>
      <w:proofErr w:type="spellStart"/>
      <w:r w:rsidRPr="00205CF4">
        <w:rPr>
          <w:lang w:val="ru-RU"/>
        </w:rPr>
        <w:t>введенням</w:t>
      </w:r>
      <w:proofErr w:type="spellEnd"/>
      <w:r w:rsidRPr="00205CF4">
        <w:rPr>
          <w:lang w:val="ru-RU"/>
        </w:rPr>
        <w:t xml:space="preserve"> в </w:t>
      </w:r>
      <w:proofErr w:type="spellStart"/>
      <w:r w:rsidRPr="00205CF4">
        <w:rPr>
          <w:lang w:val="ru-RU"/>
        </w:rPr>
        <w:t>експлуатацію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когенераційних</w:t>
      </w:r>
      <w:proofErr w:type="spellEnd"/>
      <w:r w:rsidRPr="00205CF4">
        <w:rPr>
          <w:lang w:val="ru-RU"/>
        </w:rPr>
        <w:t xml:space="preserve"> установок (КГУ) та </w:t>
      </w:r>
      <w:proofErr w:type="spellStart"/>
      <w:r w:rsidRPr="00205CF4">
        <w:rPr>
          <w:lang w:val="ru-RU"/>
        </w:rPr>
        <w:t>блочно-модульних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котелень</w:t>
      </w:r>
      <w:proofErr w:type="spellEnd"/>
      <w:r w:rsidRPr="00205CF4">
        <w:rPr>
          <w:lang w:val="ru-RU"/>
        </w:rPr>
        <w:t xml:space="preserve"> (БМК) до мереж АТ «СУМИОБЛЕНЕРГО» та </w:t>
      </w:r>
      <w:proofErr w:type="spellStart"/>
      <w:r w:rsidRPr="00205CF4">
        <w:rPr>
          <w:lang w:val="ru-RU"/>
        </w:rPr>
        <w:t>Сумської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філії</w:t>
      </w:r>
      <w:proofErr w:type="spellEnd"/>
      <w:r w:rsidRPr="00205CF4">
        <w:rPr>
          <w:lang w:val="ru-RU"/>
        </w:rPr>
        <w:t xml:space="preserve"> ТОВ «</w:t>
      </w:r>
      <w:proofErr w:type="spellStart"/>
      <w:r w:rsidRPr="00205CF4">
        <w:rPr>
          <w:lang w:val="ru-RU"/>
        </w:rPr>
        <w:t>Газорозподільні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мережі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>»:</w:t>
      </w:r>
    </w:p>
    <w:p w14:paraId="7F10BC01" w14:textId="77777777" w:rsidR="00697AB5" w:rsidRPr="00205CF4" w:rsidRDefault="00B01071" w:rsidP="00205CF4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1. </w:t>
      </w:r>
      <w:proofErr w:type="spellStart"/>
      <w:r w:rsidRPr="00205CF4">
        <w:rPr>
          <w:lang w:val="ru-RU"/>
        </w:rPr>
        <w:t>Утворити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робочу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групу</w:t>
      </w:r>
      <w:proofErr w:type="spellEnd"/>
      <w:r w:rsidRPr="00205CF4">
        <w:rPr>
          <w:lang w:val="ru-RU"/>
        </w:rPr>
        <w:t xml:space="preserve"> з </w:t>
      </w:r>
      <w:proofErr w:type="spellStart"/>
      <w:r w:rsidRPr="00205CF4">
        <w:rPr>
          <w:lang w:val="ru-RU"/>
        </w:rPr>
        <w:t>питань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організації</w:t>
      </w:r>
      <w:proofErr w:type="spellEnd"/>
      <w:r w:rsidRPr="00205CF4">
        <w:rPr>
          <w:lang w:val="ru-RU"/>
        </w:rPr>
        <w:t xml:space="preserve"> та </w:t>
      </w:r>
      <w:proofErr w:type="spellStart"/>
      <w:r w:rsidRPr="00205CF4">
        <w:rPr>
          <w:lang w:val="ru-RU"/>
        </w:rPr>
        <w:t>координації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робіт</w:t>
      </w:r>
      <w:proofErr w:type="spellEnd"/>
      <w:r w:rsidRPr="00205CF4">
        <w:rPr>
          <w:lang w:val="ru-RU"/>
        </w:rPr>
        <w:t xml:space="preserve"> з монтажу, </w:t>
      </w:r>
      <w:proofErr w:type="spellStart"/>
      <w:r w:rsidRPr="00205CF4">
        <w:rPr>
          <w:lang w:val="ru-RU"/>
        </w:rPr>
        <w:t>підключення</w:t>
      </w:r>
      <w:proofErr w:type="spellEnd"/>
      <w:r w:rsidRPr="00205CF4">
        <w:rPr>
          <w:lang w:val="ru-RU"/>
        </w:rPr>
        <w:t xml:space="preserve"> та </w:t>
      </w:r>
      <w:proofErr w:type="spellStart"/>
      <w:r w:rsidRPr="00205CF4">
        <w:rPr>
          <w:lang w:val="ru-RU"/>
        </w:rPr>
        <w:t>введення</w:t>
      </w:r>
      <w:proofErr w:type="spellEnd"/>
      <w:r w:rsidRPr="00205CF4">
        <w:rPr>
          <w:lang w:val="ru-RU"/>
        </w:rPr>
        <w:t xml:space="preserve"> в </w:t>
      </w:r>
      <w:proofErr w:type="spellStart"/>
      <w:r w:rsidRPr="00205CF4">
        <w:rPr>
          <w:lang w:val="ru-RU"/>
        </w:rPr>
        <w:t>експлуатацію</w:t>
      </w:r>
      <w:proofErr w:type="spellEnd"/>
      <w:r w:rsidRPr="00205CF4">
        <w:rPr>
          <w:lang w:val="ru-RU"/>
        </w:rPr>
        <w:t xml:space="preserve"> КГУ та БМК та </w:t>
      </w:r>
      <w:proofErr w:type="spellStart"/>
      <w:r w:rsidRPr="00205CF4">
        <w:rPr>
          <w:lang w:val="ru-RU"/>
        </w:rPr>
        <w:t>затвердити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її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персональний</w:t>
      </w:r>
      <w:proofErr w:type="spellEnd"/>
      <w:r w:rsidRPr="00205CF4">
        <w:rPr>
          <w:lang w:val="ru-RU"/>
        </w:rPr>
        <w:t xml:space="preserve"> склад </w:t>
      </w:r>
      <w:proofErr w:type="spellStart"/>
      <w:r w:rsidRPr="00205CF4">
        <w:rPr>
          <w:lang w:val="ru-RU"/>
        </w:rPr>
        <w:t>згідно</w:t>
      </w:r>
      <w:proofErr w:type="spellEnd"/>
      <w:r w:rsidRPr="00205CF4">
        <w:rPr>
          <w:lang w:val="ru-RU"/>
        </w:rPr>
        <w:t xml:space="preserve"> з </w:t>
      </w:r>
      <w:proofErr w:type="spellStart"/>
      <w:r w:rsidRPr="00205CF4">
        <w:rPr>
          <w:lang w:val="ru-RU"/>
        </w:rPr>
        <w:t>додатком</w:t>
      </w:r>
      <w:proofErr w:type="spellEnd"/>
      <w:r w:rsidRPr="00205CF4">
        <w:rPr>
          <w:lang w:val="ru-RU"/>
        </w:rPr>
        <w:t xml:space="preserve"> 1 до </w:t>
      </w:r>
      <w:proofErr w:type="spellStart"/>
      <w:r w:rsidRPr="00205CF4">
        <w:rPr>
          <w:lang w:val="ru-RU"/>
        </w:rPr>
        <w:t>цього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розпорядження</w:t>
      </w:r>
      <w:proofErr w:type="spellEnd"/>
      <w:r w:rsidRPr="00205CF4">
        <w:rPr>
          <w:lang w:val="ru-RU"/>
        </w:rPr>
        <w:t>.</w:t>
      </w:r>
    </w:p>
    <w:p w14:paraId="4009635B" w14:textId="77777777" w:rsidR="00697AB5" w:rsidRPr="00205CF4" w:rsidRDefault="00B01071" w:rsidP="00205CF4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2. </w:t>
      </w:r>
      <w:proofErr w:type="spellStart"/>
      <w:r w:rsidRPr="00205CF4">
        <w:rPr>
          <w:lang w:val="ru-RU"/>
        </w:rPr>
        <w:t>Визначити</w:t>
      </w:r>
      <w:proofErr w:type="spellEnd"/>
      <w:r w:rsidRPr="00205CF4">
        <w:rPr>
          <w:lang w:val="ru-RU"/>
        </w:rPr>
        <w:t xml:space="preserve">, </w:t>
      </w:r>
      <w:proofErr w:type="spellStart"/>
      <w:r w:rsidRPr="00205CF4">
        <w:rPr>
          <w:lang w:val="ru-RU"/>
        </w:rPr>
        <w:t>що</w:t>
      </w:r>
      <w:proofErr w:type="spellEnd"/>
      <w:r w:rsidRPr="00205CF4">
        <w:rPr>
          <w:lang w:val="ru-RU"/>
        </w:rPr>
        <w:t xml:space="preserve"> до </w:t>
      </w:r>
      <w:proofErr w:type="spellStart"/>
      <w:r w:rsidRPr="00205CF4">
        <w:rPr>
          <w:lang w:val="ru-RU"/>
        </w:rPr>
        <w:t>участі</w:t>
      </w:r>
      <w:proofErr w:type="spellEnd"/>
      <w:r w:rsidRPr="00205CF4">
        <w:rPr>
          <w:lang w:val="ru-RU"/>
        </w:rPr>
        <w:t xml:space="preserve"> в </w:t>
      </w:r>
      <w:proofErr w:type="spellStart"/>
      <w:r w:rsidRPr="00205CF4">
        <w:rPr>
          <w:lang w:val="ru-RU"/>
        </w:rPr>
        <w:t>роботі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робочої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групи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можуть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залучатися</w:t>
      </w:r>
      <w:proofErr w:type="spellEnd"/>
      <w:r w:rsidRPr="00205CF4">
        <w:rPr>
          <w:lang w:val="ru-RU"/>
        </w:rPr>
        <w:t xml:space="preserve"> за </w:t>
      </w:r>
      <w:proofErr w:type="spellStart"/>
      <w:r w:rsidRPr="00205CF4">
        <w:rPr>
          <w:lang w:val="ru-RU"/>
        </w:rPr>
        <w:t>згодою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представники</w:t>
      </w:r>
      <w:proofErr w:type="spellEnd"/>
      <w:r w:rsidRPr="00205CF4">
        <w:rPr>
          <w:lang w:val="ru-RU"/>
        </w:rPr>
        <w:t xml:space="preserve"> АТ «СУМИОБЛЕНЕРГО», </w:t>
      </w:r>
      <w:proofErr w:type="spellStart"/>
      <w:r w:rsidRPr="00205CF4">
        <w:rPr>
          <w:lang w:val="ru-RU"/>
        </w:rPr>
        <w:t>Сумської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філії</w:t>
      </w:r>
      <w:proofErr w:type="spellEnd"/>
      <w:r w:rsidRPr="00205CF4">
        <w:rPr>
          <w:lang w:val="ru-RU"/>
        </w:rPr>
        <w:t xml:space="preserve"> ТОВ «</w:t>
      </w:r>
      <w:proofErr w:type="spellStart"/>
      <w:r w:rsidRPr="00205CF4">
        <w:rPr>
          <w:lang w:val="ru-RU"/>
        </w:rPr>
        <w:t>Газорозподільні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мережі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 xml:space="preserve">», </w:t>
      </w:r>
      <w:proofErr w:type="spellStart"/>
      <w:r w:rsidRPr="00205CF4">
        <w:rPr>
          <w:lang w:val="ru-RU"/>
        </w:rPr>
        <w:t>підприємств</w:t>
      </w:r>
      <w:proofErr w:type="spellEnd"/>
      <w:r w:rsidRPr="00205CF4">
        <w:rPr>
          <w:lang w:val="ru-RU"/>
        </w:rPr>
        <w:t xml:space="preserve">, </w:t>
      </w:r>
      <w:proofErr w:type="spellStart"/>
      <w:r w:rsidRPr="00205CF4">
        <w:rPr>
          <w:lang w:val="ru-RU"/>
        </w:rPr>
        <w:t>установ</w:t>
      </w:r>
      <w:proofErr w:type="spellEnd"/>
      <w:r w:rsidRPr="00205CF4">
        <w:rPr>
          <w:lang w:val="ru-RU"/>
        </w:rPr>
        <w:t xml:space="preserve"> та </w:t>
      </w:r>
      <w:proofErr w:type="spellStart"/>
      <w:r w:rsidRPr="00205CF4">
        <w:rPr>
          <w:lang w:val="ru-RU"/>
        </w:rPr>
        <w:t>організацій</w:t>
      </w:r>
      <w:proofErr w:type="spellEnd"/>
      <w:r w:rsidRPr="00205CF4">
        <w:rPr>
          <w:lang w:val="ru-RU"/>
        </w:rPr>
        <w:t xml:space="preserve">, </w:t>
      </w:r>
      <w:proofErr w:type="spellStart"/>
      <w:r w:rsidRPr="00205CF4">
        <w:rPr>
          <w:lang w:val="ru-RU"/>
        </w:rPr>
        <w:t>діяльність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яких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пов’язана</w:t>
      </w:r>
      <w:proofErr w:type="spellEnd"/>
      <w:r w:rsidRPr="00205CF4">
        <w:rPr>
          <w:lang w:val="ru-RU"/>
        </w:rPr>
        <w:t xml:space="preserve"> з </w:t>
      </w:r>
      <w:proofErr w:type="spellStart"/>
      <w:r w:rsidRPr="00205CF4">
        <w:rPr>
          <w:lang w:val="ru-RU"/>
        </w:rPr>
        <w:t>виконанням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відповідних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робіт</w:t>
      </w:r>
      <w:proofErr w:type="spellEnd"/>
      <w:r w:rsidRPr="00205CF4">
        <w:rPr>
          <w:lang w:val="ru-RU"/>
        </w:rPr>
        <w:t xml:space="preserve">, для оперативного </w:t>
      </w:r>
      <w:proofErr w:type="spellStart"/>
      <w:r w:rsidRPr="00205CF4">
        <w:rPr>
          <w:lang w:val="ru-RU"/>
        </w:rPr>
        <w:t>опрацювання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питань</w:t>
      </w:r>
      <w:proofErr w:type="spellEnd"/>
      <w:r w:rsidRPr="00205CF4">
        <w:rPr>
          <w:lang w:val="ru-RU"/>
        </w:rPr>
        <w:t xml:space="preserve"> </w:t>
      </w:r>
      <w:proofErr w:type="gramStart"/>
      <w:r w:rsidRPr="00205CF4">
        <w:rPr>
          <w:lang w:val="ru-RU"/>
        </w:rPr>
        <w:t>у межах</w:t>
      </w:r>
      <w:proofErr w:type="gram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їх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компетенції</w:t>
      </w:r>
      <w:proofErr w:type="spellEnd"/>
      <w:r w:rsidRPr="00205CF4">
        <w:rPr>
          <w:lang w:val="ru-RU"/>
        </w:rPr>
        <w:t>.</w:t>
      </w:r>
    </w:p>
    <w:p w14:paraId="4335709A" w14:textId="1033D8EF" w:rsidR="00697AB5" w:rsidRPr="00205CF4" w:rsidRDefault="00B01071" w:rsidP="00205CF4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3. </w:t>
      </w:r>
      <w:proofErr w:type="spellStart"/>
      <w:proofErr w:type="gramStart"/>
      <w:r w:rsidRPr="00205CF4">
        <w:rPr>
          <w:lang w:val="ru-RU"/>
        </w:rPr>
        <w:t>Проводити</w:t>
      </w:r>
      <w:proofErr w:type="spellEnd"/>
      <w:r w:rsidRPr="00205CF4">
        <w:rPr>
          <w:lang w:val="ru-RU"/>
        </w:rPr>
        <w:t xml:space="preserve">  </w:t>
      </w:r>
      <w:proofErr w:type="spellStart"/>
      <w:r w:rsidRPr="00205CF4">
        <w:rPr>
          <w:lang w:val="ru-RU"/>
        </w:rPr>
        <w:t>наради</w:t>
      </w:r>
      <w:proofErr w:type="spellEnd"/>
      <w:proofErr w:type="gram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робочої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групи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щоденно</w:t>
      </w:r>
      <w:proofErr w:type="spellEnd"/>
      <w:r w:rsidRPr="00205CF4">
        <w:rPr>
          <w:lang w:val="ru-RU"/>
        </w:rPr>
        <w:t xml:space="preserve">  на </w:t>
      </w:r>
      <w:proofErr w:type="spellStart"/>
      <w:r w:rsidRPr="00205CF4">
        <w:rPr>
          <w:lang w:val="ru-RU"/>
        </w:rPr>
        <w:t>територі</w:t>
      </w:r>
      <w:r w:rsidR="007E0E39">
        <w:rPr>
          <w:lang w:val="ru-RU"/>
        </w:rPr>
        <w:t>ях</w:t>
      </w:r>
      <w:proofErr w:type="spellEnd"/>
      <w:r w:rsidRPr="00205CF4">
        <w:rPr>
          <w:lang w:val="ru-RU"/>
        </w:rPr>
        <w:t xml:space="preserve"> </w:t>
      </w:r>
      <w:proofErr w:type="spellStart"/>
      <w:r w:rsidR="007E0E39">
        <w:rPr>
          <w:lang w:val="ru-RU"/>
        </w:rPr>
        <w:t>будівництва</w:t>
      </w:r>
      <w:proofErr w:type="spellEnd"/>
      <w:r w:rsidR="007E0E39">
        <w:rPr>
          <w:lang w:val="ru-RU"/>
        </w:rPr>
        <w:t xml:space="preserve"> БМК та КГУ.</w:t>
      </w:r>
    </w:p>
    <w:p w14:paraId="742D95EA" w14:textId="77777777" w:rsidR="00697AB5" w:rsidRDefault="00697AB5">
      <w:pPr>
        <w:spacing w:after="0" w:line="240" w:lineRule="auto"/>
        <w:rPr>
          <w:lang w:val="ru-RU"/>
        </w:rPr>
      </w:pPr>
    </w:p>
    <w:p w14:paraId="13DD2746" w14:textId="77777777" w:rsidR="00205CF4" w:rsidRDefault="00205CF4">
      <w:pPr>
        <w:spacing w:after="0" w:line="240" w:lineRule="auto"/>
        <w:rPr>
          <w:lang w:val="ru-RU"/>
        </w:rPr>
      </w:pPr>
    </w:p>
    <w:p w14:paraId="2638663F" w14:textId="77777777" w:rsidR="00103B3D" w:rsidRDefault="00103B3D">
      <w:pPr>
        <w:spacing w:after="0" w:line="240" w:lineRule="auto"/>
        <w:rPr>
          <w:lang w:val="ru-RU"/>
        </w:rPr>
      </w:pPr>
    </w:p>
    <w:p w14:paraId="5CB7531B" w14:textId="77777777" w:rsidR="00103B3D" w:rsidRDefault="00103B3D">
      <w:pPr>
        <w:spacing w:after="0" w:line="240" w:lineRule="auto"/>
        <w:rPr>
          <w:lang w:val="ru-RU"/>
        </w:rPr>
      </w:pPr>
    </w:p>
    <w:p w14:paraId="7FFC12F0" w14:textId="77777777" w:rsidR="00205CF4" w:rsidRPr="00205CF4" w:rsidRDefault="00205CF4">
      <w:pPr>
        <w:spacing w:after="0" w:line="240" w:lineRule="auto"/>
        <w:rPr>
          <w:lang w:val="ru-RU"/>
        </w:rPr>
      </w:pPr>
    </w:p>
    <w:p w14:paraId="046F831E" w14:textId="77777777" w:rsidR="00697AB5" w:rsidRPr="00205CF4" w:rsidRDefault="00B01071">
      <w:pPr>
        <w:spacing w:before="240"/>
        <w:rPr>
          <w:lang w:val="ru-RU"/>
        </w:rPr>
      </w:pPr>
      <w:proofErr w:type="spellStart"/>
      <w:r w:rsidRPr="007E0E39">
        <w:rPr>
          <w:bCs/>
          <w:lang w:val="ru-RU"/>
        </w:rPr>
        <w:t>Міський</w:t>
      </w:r>
      <w:proofErr w:type="spellEnd"/>
      <w:r w:rsidRPr="007E0E39">
        <w:rPr>
          <w:bCs/>
          <w:lang w:val="ru-RU"/>
        </w:rPr>
        <w:t xml:space="preserve"> голова                                   </w:t>
      </w:r>
      <w:r w:rsidR="00205CF4" w:rsidRPr="007E0E39">
        <w:rPr>
          <w:bCs/>
          <w:lang w:val="ru-RU"/>
        </w:rPr>
        <w:t xml:space="preserve">                              </w:t>
      </w:r>
      <w:r w:rsidRPr="007E0E39">
        <w:rPr>
          <w:bCs/>
          <w:lang w:val="ru-RU"/>
        </w:rPr>
        <w:t xml:space="preserve">          </w:t>
      </w:r>
      <w:r w:rsidRPr="00205CF4">
        <w:rPr>
          <w:lang w:val="ru-RU"/>
        </w:rPr>
        <w:t>Микола НОГА</w:t>
      </w:r>
    </w:p>
    <w:p w14:paraId="4505C82D" w14:textId="77777777" w:rsidR="00697AB5" w:rsidRPr="00205CF4" w:rsidRDefault="00B01071">
      <w:pPr>
        <w:rPr>
          <w:lang w:val="ru-RU"/>
        </w:rPr>
      </w:pPr>
      <w:r w:rsidRPr="00205CF4">
        <w:rPr>
          <w:lang w:val="ru-RU"/>
        </w:rPr>
        <w:lastRenderedPageBreak/>
        <w:br w:type="page"/>
      </w:r>
    </w:p>
    <w:p w14:paraId="09DD3B9F" w14:textId="77777777" w:rsidR="0086600B" w:rsidRDefault="00C77F59" w:rsidP="00C77F59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</w:t>
      </w:r>
    </w:p>
    <w:p w14:paraId="0744EB01" w14:textId="77777777" w:rsidR="00697AB5" w:rsidRPr="00205CF4" w:rsidRDefault="0086600B" w:rsidP="00C77F59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</w:t>
      </w:r>
      <w:r w:rsidR="00C77F59">
        <w:rPr>
          <w:lang w:val="ru-RU"/>
        </w:rPr>
        <w:t xml:space="preserve">        </w:t>
      </w:r>
      <w:proofErr w:type="spellStart"/>
      <w:r w:rsidR="00B01071" w:rsidRPr="00205CF4">
        <w:rPr>
          <w:lang w:val="ru-RU"/>
        </w:rPr>
        <w:t>Додаток</w:t>
      </w:r>
      <w:proofErr w:type="spellEnd"/>
      <w:r w:rsidR="00B01071" w:rsidRPr="00205CF4">
        <w:rPr>
          <w:lang w:val="ru-RU"/>
        </w:rPr>
        <w:t xml:space="preserve"> 1</w:t>
      </w:r>
    </w:p>
    <w:p w14:paraId="79F8273A" w14:textId="77777777" w:rsidR="00697AB5" w:rsidRPr="00205CF4" w:rsidRDefault="00B01071">
      <w:pPr>
        <w:spacing w:after="0" w:line="240" w:lineRule="auto"/>
        <w:jc w:val="right"/>
        <w:rPr>
          <w:lang w:val="ru-RU"/>
        </w:rPr>
      </w:pPr>
      <w:r w:rsidRPr="00205CF4">
        <w:rPr>
          <w:lang w:val="ru-RU"/>
        </w:rPr>
        <w:t xml:space="preserve">до </w:t>
      </w:r>
      <w:proofErr w:type="spellStart"/>
      <w:r w:rsidRPr="00205CF4">
        <w:rPr>
          <w:lang w:val="ru-RU"/>
        </w:rPr>
        <w:t>розпорядження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</w:p>
    <w:p w14:paraId="6E69B978" w14:textId="77777777" w:rsidR="002E04E3" w:rsidRPr="00205CF4" w:rsidRDefault="002E04E3" w:rsidP="002E04E3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10.08.2026        </w:t>
      </w:r>
      <w:r w:rsidRPr="00205CF4">
        <w:rPr>
          <w:lang w:val="ru-RU"/>
        </w:rPr>
        <w:t xml:space="preserve"> №</w:t>
      </w:r>
      <w:r>
        <w:rPr>
          <w:lang w:val="ru-RU"/>
        </w:rPr>
        <w:t xml:space="preserve"> 41-од</w:t>
      </w:r>
      <w:r w:rsidRPr="00205CF4">
        <w:rPr>
          <w:lang w:val="ru-RU"/>
        </w:rPr>
        <w:t xml:space="preserve"> </w:t>
      </w:r>
    </w:p>
    <w:p w14:paraId="1EAFBDAF" w14:textId="77777777" w:rsidR="002E04E3" w:rsidRDefault="002E04E3">
      <w:pPr>
        <w:spacing w:after="0" w:line="240" w:lineRule="auto"/>
        <w:jc w:val="center"/>
        <w:rPr>
          <w:b/>
          <w:lang w:val="ru-RU"/>
        </w:rPr>
      </w:pPr>
    </w:p>
    <w:p w14:paraId="1D7A0DA2" w14:textId="77777777" w:rsidR="002E04E3" w:rsidRDefault="002E04E3">
      <w:pPr>
        <w:spacing w:after="0" w:line="240" w:lineRule="auto"/>
        <w:jc w:val="center"/>
        <w:rPr>
          <w:b/>
          <w:lang w:val="ru-RU"/>
        </w:rPr>
      </w:pPr>
    </w:p>
    <w:p w14:paraId="3C75B474" w14:textId="570CB49F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СКЛАД</w:t>
      </w:r>
    </w:p>
    <w:p w14:paraId="0A989006" w14:textId="77777777" w:rsidR="00697AB5" w:rsidRDefault="00B01071">
      <w:pPr>
        <w:spacing w:after="0" w:line="240" w:lineRule="auto"/>
        <w:jc w:val="center"/>
        <w:rPr>
          <w:b/>
          <w:lang w:val="ru-RU"/>
        </w:rPr>
      </w:pPr>
      <w:proofErr w:type="spellStart"/>
      <w:r w:rsidRPr="00205CF4">
        <w:rPr>
          <w:b/>
          <w:lang w:val="ru-RU"/>
        </w:rPr>
        <w:t>робочої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групи</w:t>
      </w:r>
      <w:proofErr w:type="spellEnd"/>
      <w:r w:rsidRPr="00205CF4">
        <w:rPr>
          <w:b/>
          <w:lang w:val="ru-RU"/>
        </w:rPr>
        <w:t xml:space="preserve"> з </w:t>
      </w:r>
      <w:proofErr w:type="spellStart"/>
      <w:r w:rsidRPr="00205CF4">
        <w:rPr>
          <w:b/>
          <w:lang w:val="ru-RU"/>
        </w:rPr>
        <w:t>питань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організації</w:t>
      </w:r>
      <w:proofErr w:type="spellEnd"/>
      <w:r w:rsidRPr="00205CF4">
        <w:rPr>
          <w:b/>
          <w:lang w:val="ru-RU"/>
        </w:rPr>
        <w:t xml:space="preserve"> та </w:t>
      </w:r>
      <w:proofErr w:type="spellStart"/>
      <w:r w:rsidRPr="00205CF4">
        <w:rPr>
          <w:b/>
          <w:lang w:val="ru-RU"/>
        </w:rPr>
        <w:t>координації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робіт</w:t>
      </w:r>
      <w:proofErr w:type="spellEnd"/>
      <w:r w:rsidRPr="00205CF4">
        <w:rPr>
          <w:b/>
          <w:lang w:val="ru-RU"/>
        </w:rPr>
        <w:t xml:space="preserve"> з монтажу, </w:t>
      </w:r>
      <w:proofErr w:type="spellStart"/>
      <w:r w:rsidRPr="00205CF4">
        <w:rPr>
          <w:b/>
          <w:lang w:val="ru-RU"/>
        </w:rPr>
        <w:t>підключення</w:t>
      </w:r>
      <w:proofErr w:type="spellEnd"/>
      <w:r w:rsidRPr="00205CF4">
        <w:rPr>
          <w:b/>
          <w:lang w:val="ru-RU"/>
        </w:rPr>
        <w:t xml:space="preserve"> та </w:t>
      </w:r>
      <w:proofErr w:type="spellStart"/>
      <w:r w:rsidRPr="00205CF4">
        <w:rPr>
          <w:b/>
          <w:lang w:val="ru-RU"/>
        </w:rPr>
        <w:t>введення</w:t>
      </w:r>
      <w:proofErr w:type="spellEnd"/>
      <w:r w:rsidRPr="00205CF4">
        <w:rPr>
          <w:b/>
          <w:lang w:val="ru-RU"/>
        </w:rPr>
        <w:t xml:space="preserve"> в </w:t>
      </w:r>
      <w:proofErr w:type="spellStart"/>
      <w:r w:rsidRPr="00205CF4">
        <w:rPr>
          <w:b/>
          <w:lang w:val="ru-RU"/>
        </w:rPr>
        <w:t>експлуатацію</w:t>
      </w:r>
      <w:proofErr w:type="spellEnd"/>
      <w:r w:rsidRPr="00205CF4">
        <w:rPr>
          <w:b/>
          <w:lang w:val="ru-RU"/>
        </w:rPr>
        <w:t xml:space="preserve"> КГУ та БМК</w:t>
      </w:r>
    </w:p>
    <w:p w14:paraId="19D9ED68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58755D3C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2986B851" w14:textId="77777777" w:rsidR="00C77F59" w:rsidRPr="00205CF4" w:rsidRDefault="00C77F59">
      <w:pPr>
        <w:spacing w:after="0" w:line="240" w:lineRule="auto"/>
        <w:jc w:val="center"/>
        <w:rPr>
          <w:lang w:val="ru-RU"/>
        </w:rPr>
      </w:pPr>
    </w:p>
    <w:p w14:paraId="3059B605" w14:textId="77777777" w:rsidR="00697AB5" w:rsidRPr="00205CF4" w:rsidRDefault="00B01071" w:rsidP="00C77F59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Нога М.П. – </w:t>
      </w:r>
      <w:proofErr w:type="spellStart"/>
      <w:r w:rsidRPr="00205CF4">
        <w:rPr>
          <w:lang w:val="ru-RU"/>
        </w:rPr>
        <w:t>міський</w:t>
      </w:r>
      <w:proofErr w:type="spellEnd"/>
      <w:r w:rsidRPr="00205CF4">
        <w:rPr>
          <w:lang w:val="ru-RU"/>
        </w:rPr>
        <w:t xml:space="preserve"> голова, голова </w:t>
      </w:r>
      <w:proofErr w:type="spellStart"/>
      <w:r w:rsidRPr="00205CF4">
        <w:rPr>
          <w:lang w:val="ru-RU"/>
        </w:rPr>
        <w:t>робочої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групи</w:t>
      </w:r>
      <w:proofErr w:type="spellEnd"/>
      <w:r w:rsidRPr="00205CF4">
        <w:rPr>
          <w:lang w:val="ru-RU"/>
        </w:rPr>
        <w:t>;</w:t>
      </w:r>
    </w:p>
    <w:p w14:paraId="7CA8B94D" w14:textId="77777777" w:rsidR="00697AB5" w:rsidRPr="00205CF4" w:rsidRDefault="00B01071" w:rsidP="00C77F59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Проценко О.М. – заступник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  <w:r w:rsidRPr="00205CF4">
        <w:rPr>
          <w:lang w:val="ru-RU"/>
        </w:rPr>
        <w:t>;</w:t>
      </w:r>
    </w:p>
    <w:p w14:paraId="6FD9B6DB" w14:textId="77777777" w:rsidR="00697AB5" w:rsidRPr="00205CF4" w:rsidRDefault="00B01071" w:rsidP="00C77F59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205CF4">
        <w:rPr>
          <w:lang w:val="ru-RU"/>
        </w:rPr>
        <w:t>Могильний</w:t>
      </w:r>
      <w:proofErr w:type="spellEnd"/>
      <w:r w:rsidRPr="00205CF4">
        <w:rPr>
          <w:lang w:val="ru-RU"/>
        </w:rPr>
        <w:t xml:space="preserve"> В.В. – заступник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  <w:r w:rsidRPr="00205CF4">
        <w:rPr>
          <w:lang w:val="ru-RU"/>
        </w:rPr>
        <w:t>;</w:t>
      </w:r>
    </w:p>
    <w:p w14:paraId="0E48E161" w14:textId="77777777" w:rsidR="00697AB5" w:rsidRPr="00205CF4" w:rsidRDefault="00B01071" w:rsidP="00C77F59">
      <w:pPr>
        <w:spacing w:after="0" w:line="240" w:lineRule="auto"/>
        <w:ind w:firstLine="709"/>
        <w:jc w:val="both"/>
        <w:rPr>
          <w:lang w:val="ru-RU"/>
        </w:rPr>
      </w:pPr>
      <w:r w:rsidRPr="00205CF4">
        <w:rPr>
          <w:lang w:val="ru-RU"/>
        </w:rPr>
        <w:t xml:space="preserve">Счастливцев Я.О. – заступник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  <w:r w:rsidRPr="00205CF4">
        <w:rPr>
          <w:lang w:val="ru-RU"/>
        </w:rPr>
        <w:t>;</w:t>
      </w:r>
    </w:p>
    <w:p w14:paraId="1CFAF66B" w14:textId="77777777" w:rsidR="00C77F59" w:rsidRDefault="00B01071" w:rsidP="00C77F59">
      <w:pPr>
        <w:spacing w:after="0" w:line="240" w:lineRule="auto"/>
        <w:ind w:left="709"/>
        <w:jc w:val="both"/>
        <w:rPr>
          <w:lang w:val="ru-RU"/>
        </w:rPr>
      </w:pPr>
      <w:r w:rsidRPr="00205CF4">
        <w:rPr>
          <w:lang w:val="ru-RU"/>
        </w:rPr>
        <w:t xml:space="preserve">Шостак Ю.І. – начальник </w:t>
      </w:r>
      <w:proofErr w:type="spellStart"/>
      <w:r w:rsidRPr="00205CF4">
        <w:rPr>
          <w:lang w:val="ru-RU"/>
        </w:rPr>
        <w:t>управління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капітального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будівництва</w:t>
      </w:r>
      <w:proofErr w:type="spellEnd"/>
      <w:r w:rsidRPr="00205CF4">
        <w:rPr>
          <w:lang w:val="ru-RU"/>
        </w:rPr>
        <w:t xml:space="preserve"> </w:t>
      </w:r>
      <w:r w:rsidR="00C77F59">
        <w:rPr>
          <w:lang w:val="ru-RU"/>
        </w:rPr>
        <w:t xml:space="preserve">         </w:t>
      </w:r>
      <w:proofErr w:type="spellStart"/>
      <w:r w:rsidRPr="00205CF4">
        <w:rPr>
          <w:lang w:val="ru-RU"/>
        </w:rPr>
        <w:t>Шосткинської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міської</w:t>
      </w:r>
      <w:proofErr w:type="spellEnd"/>
      <w:r w:rsidRPr="00205CF4">
        <w:rPr>
          <w:lang w:val="ru-RU"/>
        </w:rPr>
        <w:t xml:space="preserve"> ради;</w:t>
      </w:r>
    </w:p>
    <w:p w14:paraId="62CC38D7" w14:textId="77777777" w:rsidR="00697AB5" w:rsidRPr="00205CF4" w:rsidRDefault="00B01071" w:rsidP="00C77F59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205CF4">
        <w:rPr>
          <w:lang w:val="ru-RU"/>
        </w:rPr>
        <w:t>Сергейко</w:t>
      </w:r>
      <w:proofErr w:type="spellEnd"/>
      <w:r w:rsidRPr="00205CF4">
        <w:rPr>
          <w:lang w:val="ru-RU"/>
        </w:rPr>
        <w:t xml:space="preserve"> Н.О. – начальник </w:t>
      </w:r>
      <w:proofErr w:type="spellStart"/>
      <w:r w:rsidRPr="00205CF4">
        <w:rPr>
          <w:lang w:val="ru-RU"/>
        </w:rPr>
        <w:t>управління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освіти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Шосткинської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міської</w:t>
      </w:r>
      <w:proofErr w:type="spellEnd"/>
      <w:r w:rsidRPr="00205CF4">
        <w:rPr>
          <w:lang w:val="ru-RU"/>
        </w:rPr>
        <w:t xml:space="preserve"> ради;</w:t>
      </w:r>
    </w:p>
    <w:p w14:paraId="4FAD855E" w14:textId="77777777" w:rsidR="00C77F59" w:rsidRDefault="00C77F59" w:rsidP="00C77F59">
      <w:pPr>
        <w:spacing w:after="0" w:line="240" w:lineRule="auto"/>
        <w:ind w:left="426"/>
        <w:jc w:val="both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="00B01071" w:rsidRPr="00205CF4">
        <w:rPr>
          <w:lang w:val="ru-RU"/>
        </w:rPr>
        <w:t>Будашний</w:t>
      </w:r>
      <w:proofErr w:type="spellEnd"/>
      <w:r w:rsidR="00B01071" w:rsidRPr="00205CF4">
        <w:rPr>
          <w:lang w:val="ru-RU"/>
        </w:rPr>
        <w:t xml:space="preserve"> М.С. – директор ТОВ «ШП «ХАРКІВЕНЕРГОРЕМОНТ» (за</w:t>
      </w:r>
      <w:r w:rsidRPr="00C77F59">
        <w:rPr>
          <w:lang w:val="ru-RU"/>
        </w:rPr>
        <w:t xml:space="preserve"> </w:t>
      </w:r>
      <w:r>
        <w:rPr>
          <w:lang w:val="ru-RU"/>
        </w:rPr>
        <w:t xml:space="preserve">      </w:t>
      </w:r>
    </w:p>
    <w:p w14:paraId="4EE24B41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  <w:r>
        <w:rPr>
          <w:lang w:val="ru-RU"/>
        </w:rPr>
        <w:t xml:space="preserve">     </w:t>
      </w:r>
      <w:proofErr w:type="spellStart"/>
      <w:r w:rsidRPr="00C77F59">
        <w:rPr>
          <w:lang w:val="ru-RU"/>
        </w:rPr>
        <w:t>згодою</w:t>
      </w:r>
      <w:proofErr w:type="spellEnd"/>
      <w:r w:rsidRPr="00C77F59">
        <w:rPr>
          <w:lang w:val="ru-RU"/>
        </w:rPr>
        <w:t>).</w:t>
      </w:r>
      <w:r w:rsidRPr="00205CF4">
        <w:rPr>
          <w:lang w:val="ru-RU"/>
        </w:rPr>
        <w:t xml:space="preserve"> </w:t>
      </w:r>
      <w:r>
        <w:rPr>
          <w:lang w:val="ru-RU"/>
        </w:rPr>
        <w:t xml:space="preserve">     </w:t>
      </w:r>
    </w:p>
    <w:p w14:paraId="5A6DC9DD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</w:p>
    <w:p w14:paraId="40E6078A" w14:textId="77777777" w:rsidR="00697AB5" w:rsidRDefault="00C77F59" w:rsidP="00C77F59">
      <w:pPr>
        <w:spacing w:after="0" w:line="240" w:lineRule="auto"/>
        <w:ind w:left="426"/>
        <w:rPr>
          <w:lang w:val="ru-RU"/>
        </w:rPr>
      </w:pPr>
      <w:r w:rsidRPr="00205CF4">
        <w:rPr>
          <w:lang w:val="ru-RU"/>
        </w:rPr>
        <w:t xml:space="preserve"> </w:t>
      </w:r>
    </w:p>
    <w:p w14:paraId="53BC1452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</w:p>
    <w:p w14:paraId="716469CC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</w:p>
    <w:p w14:paraId="343BB969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</w:p>
    <w:p w14:paraId="7244C62F" w14:textId="77777777" w:rsidR="00C77F59" w:rsidRDefault="00C77F59" w:rsidP="00C77F59">
      <w:pPr>
        <w:spacing w:after="0" w:line="240" w:lineRule="auto"/>
        <w:ind w:left="426"/>
        <w:rPr>
          <w:lang w:val="ru-RU"/>
        </w:rPr>
      </w:pPr>
    </w:p>
    <w:p w14:paraId="5373FF7F" w14:textId="77777777" w:rsidR="00C77F59" w:rsidRPr="00205CF4" w:rsidRDefault="00C77F59" w:rsidP="00C77F59">
      <w:pPr>
        <w:spacing w:after="0" w:line="240" w:lineRule="auto"/>
        <w:ind w:left="426"/>
        <w:rPr>
          <w:lang w:val="ru-RU"/>
        </w:rPr>
      </w:pPr>
    </w:p>
    <w:p w14:paraId="241D7FE2" w14:textId="77777777" w:rsidR="00697AB5" w:rsidRPr="00205CF4" w:rsidRDefault="00B01071">
      <w:pPr>
        <w:rPr>
          <w:lang w:val="ru-RU"/>
        </w:rPr>
      </w:pPr>
      <w:proofErr w:type="spellStart"/>
      <w:r w:rsidRPr="00205CF4">
        <w:rPr>
          <w:b/>
          <w:lang w:val="ru-RU"/>
        </w:rPr>
        <w:t>Керуючий</w:t>
      </w:r>
      <w:proofErr w:type="spellEnd"/>
      <w:r w:rsidRPr="00205CF4">
        <w:rPr>
          <w:b/>
          <w:lang w:val="ru-RU"/>
        </w:rPr>
        <w:t xml:space="preserve"> справами </w:t>
      </w:r>
      <w:proofErr w:type="spellStart"/>
      <w:r w:rsidRPr="00205CF4">
        <w:rPr>
          <w:b/>
          <w:lang w:val="ru-RU"/>
        </w:rPr>
        <w:t>виконавчого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комітету</w:t>
      </w:r>
      <w:proofErr w:type="spellEnd"/>
      <w:r w:rsidRPr="00205CF4">
        <w:rPr>
          <w:lang w:val="ru-RU"/>
        </w:rPr>
        <w:t xml:space="preserve">                    </w:t>
      </w:r>
      <w:proofErr w:type="spellStart"/>
      <w:r w:rsidRPr="00205CF4">
        <w:rPr>
          <w:lang w:val="ru-RU"/>
        </w:rPr>
        <w:t>Олена</w:t>
      </w:r>
      <w:proofErr w:type="spellEnd"/>
      <w:r w:rsidRPr="00205CF4">
        <w:rPr>
          <w:lang w:val="ru-RU"/>
        </w:rPr>
        <w:t xml:space="preserve"> КРАВЧЕНКО</w:t>
      </w:r>
    </w:p>
    <w:p w14:paraId="1ABFC54A" w14:textId="77777777" w:rsidR="00697AB5" w:rsidRPr="00205CF4" w:rsidRDefault="00B01071">
      <w:pPr>
        <w:rPr>
          <w:lang w:val="ru-RU"/>
        </w:rPr>
      </w:pPr>
      <w:r w:rsidRPr="00205CF4">
        <w:rPr>
          <w:lang w:val="ru-RU"/>
        </w:rPr>
        <w:br w:type="page"/>
      </w:r>
    </w:p>
    <w:p w14:paraId="4A006699" w14:textId="77777777" w:rsidR="00C77F59" w:rsidRDefault="00C77F59">
      <w:pPr>
        <w:spacing w:after="0" w:line="240" w:lineRule="auto"/>
        <w:jc w:val="right"/>
        <w:rPr>
          <w:lang w:val="ru-RU"/>
        </w:rPr>
      </w:pPr>
    </w:p>
    <w:p w14:paraId="0C6CD6B3" w14:textId="77777777" w:rsidR="00697AB5" w:rsidRPr="00205CF4" w:rsidRDefault="00B01071">
      <w:pPr>
        <w:spacing w:after="0" w:line="240" w:lineRule="auto"/>
        <w:jc w:val="right"/>
        <w:rPr>
          <w:lang w:val="ru-RU"/>
        </w:rPr>
      </w:pPr>
      <w:proofErr w:type="spellStart"/>
      <w:r w:rsidRPr="00205CF4">
        <w:rPr>
          <w:lang w:val="ru-RU"/>
        </w:rPr>
        <w:t>Додаток</w:t>
      </w:r>
      <w:proofErr w:type="spellEnd"/>
      <w:r w:rsidRPr="00205CF4">
        <w:rPr>
          <w:lang w:val="ru-RU"/>
        </w:rPr>
        <w:t xml:space="preserve"> 1.1</w:t>
      </w:r>
    </w:p>
    <w:p w14:paraId="46753FB5" w14:textId="77777777" w:rsidR="00697AB5" w:rsidRPr="00205CF4" w:rsidRDefault="00B01071">
      <w:pPr>
        <w:spacing w:after="0" w:line="240" w:lineRule="auto"/>
        <w:jc w:val="right"/>
        <w:rPr>
          <w:lang w:val="ru-RU"/>
        </w:rPr>
      </w:pPr>
      <w:r w:rsidRPr="00205CF4">
        <w:rPr>
          <w:lang w:val="ru-RU"/>
        </w:rPr>
        <w:t xml:space="preserve">до </w:t>
      </w:r>
      <w:proofErr w:type="spellStart"/>
      <w:r w:rsidRPr="00205CF4">
        <w:rPr>
          <w:lang w:val="ru-RU"/>
        </w:rPr>
        <w:t>розпорядження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</w:p>
    <w:p w14:paraId="1B19E2D1" w14:textId="6A101A27" w:rsidR="00697AB5" w:rsidRPr="00205CF4" w:rsidRDefault="00C77F59" w:rsidP="00C77F59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</w:t>
      </w:r>
      <w:r w:rsidR="002E04E3">
        <w:rPr>
          <w:lang w:val="ru-RU"/>
        </w:rPr>
        <w:t xml:space="preserve">      </w:t>
      </w:r>
      <w:r>
        <w:rPr>
          <w:lang w:val="ru-RU"/>
        </w:rPr>
        <w:t xml:space="preserve"> </w:t>
      </w:r>
      <w:proofErr w:type="spellStart"/>
      <w:r w:rsidR="002E04E3">
        <w:rPr>
          <w:lang w:val="ru-RU"/>
        </w:rPr>
        <w:t>від</w:t>
      </w:r>
      <w:proofErr w:type="spellEnd"/>
      <w:r w:rsidR="002E04E3">
        <w:rPr>
          <w:lang w:val="ru-RU"/>
        </w:rPr>
        <w:t xml:space="preserve"> 10.08.2026</w:t>
      </w:r>
      <w:r>
        <w:rPr>
          <w:lang w:val="ru-RU"/>
        </w:rPr>
        <w:t xml:space="preserve">        </w:t>
      </w:r>
      <w:r w:rsidR="00B01071" w:rsidRPr="00205CF4">
        <w:rPr>
          <w:lang w:val="ru-RU"/>
        </w:rPr>
        <w:t xml:space="preserve"> №</w:t>
      </w:r>
      <w:r w:rsidR="002E04E3">
        <w:rPr>
          <w:lang w:val="ru-RU"/>
        </w:rPr>
        <w:t xml:space="preserve"> 41-од</w:t>
      </w:r>
      <w:r w:rsidR="00B01071" w:rsidRPr="00205CF4">
        <w:rPr>
          <w:lang w:val="ru-RU"/>
        </w:rPr>
        <w:t xml:space="preserve"> </w:t>
      </w:r>
    </w:p>
    <w:p w14:paraId="4B1F1A28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033B4D26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150B4B67" w14:textId="77777777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СКЛАД</w:t>
      </w:r>
    </w:p>
    <w:p w14:paraId="6D58626B" w14:textId="77777777" w:rsidR="00697AB5" w:rsidRDefault="00B01071">
      <w:pPr>
        <w:spacing w:after="0" w:line="240" w:lineRule="auto"/>
        <w:jc w:val="center"/>
        <w:rPr>
          <w:b/>
          <w:lang w:val="ru-RU"/>
        </w:rPr>
      </w:pPr>
      <w:proofErr w:type="spellStart"/>
      <w:r w:rsidRPr="00205CF4">
        <w:rPr>
          <w:b/>
          <w:lang w:val="ru-RU"/>
        </w:rPr>
        <w:t>представників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Філії</w:t>
      </w:r>
      <w:proofErr w:type="spellEnd"/>
      <w:r w:rsidRPr="00205CF4">
        <w:rPr>
          <w:b/>
          <w:lang w:val="ru-RU"/>
        </w:rPr>
        <w:t xml:space="preserve"> «</w:t>
      </w:r>
      <w:proofErr w:type="spellStart"/>
      <w:r w:rsidRPr="00205CF4">
        <w:rPr>
          <w:b/>
          <w:lang w:val="ru-RU"/>
        </w:rPr>
        <w:t>Шосткинський</w:t>
      </w:r>
      <w:proofErr w:type="spellEnd"/>
      <w:r w:rsidRPr="00205CF4">
        <w:rPr>
          <w:b/>
          <w:lang w:val="ru-RU"/>
        </w:rPr>
        <w:t xml:space="preserve"> РЕМ» АТ «СУМИОБЛЕНЕРГО», </w:t>
      </w:r>
      <w:proofErr w:type="spellStart"/>
      <w:r w:rsidRPr="00205CF4">
        <w:rPr>
          <w:b/>
          <w:lang w:val="ru-RU"/>
        </w:rPr>
        <w:t>залучених</w:t>
      </w:r>
      <w:proofErr w:type="spellEnd"/>
      <w:r w:rsidRPr="00205CF4">
        <w:rPr>
          <w:b/>
          <w:lang w:val="ru-RU"/>
        </w:rPr>
        <w:t xml:space="preserve"> до </w:t>
      </w:r>
      <w:proofErr w:type="spellStart"/>
      <w:r w:rsidRPr="00205CF4">
        <w:rPr>
          <w:b/>
          <w:lang w:val="ru-RU"/>
        </w:rPr>
        <w:t>роботи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робочої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групи</w:t>
      </w:r>
      <w:proofErr w:type="spellEnd"/>
    </w:p>
    <w:p w14:paraId="72C495F5" w14:textId="77777777" w:rsidR="00C77F59" w:rsidRPr="00205CF4" w:rsidRDefault="00C77F59">
      <w:pPr>
        <w:spacing w:after="0" w:line="240" w:lineRule="auto"/>
        <w:jc w:val="center"/>
        <w:rPr>
          <w:lang w:val="ru-RU"/>
        </w:rPr>
      </w:pPr>
    </w:p>
    <w:p w14:paraId="7AB9D834" w14:textId="06A2A036" w:rsidR="00C77F59" w:rsidRDefault="002E04E3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="00B01071" w:rsidRPr="00205CF4">
        <w:rPr>
          <w:lang w:val="ru-RU"/>
        </w:rPr>
        <w:t xml:space="preserve">Кравченко С.М. – старший </w:t>
      </w:r>
      <w:proofErr w:type="spellStart"/>
      <w:r w:rsidR="00B01071" w:rsidRPr="00205CF4">
        <w:rPr>
          <w:lang w:val="ru-RU"/>
        </w:rPr>
        <w:t>майстер</w:t>
      </w:r>
      <w:proofErr w:type="spellEnd"/>
      <w:r w:rsidR="00B01071" w:rsidRPr="00205CF4">
        <w:rPr>
          <w:lang w:val="ru-RU"/>
        </w:rPr>
        <w:t xml:space="preserve"> </w:t>
      </w:r>
    </w:p>
    <w:p w14:paraId="46A83B00" w14:textId="64E7A6A6" w:rsidR="00697AB5" w:rsidRPr="00205CF4" w:rsidRDefault="00C77F59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01071" w:rsidRPr="00205CF4">
        <w:rPr>
          <w:lang w:val="ru-RU"/>
        </w:rPr>
        <w:t>Дяденко</w:t>
      </w:r>
      <w:proofErr w:type="spellEnd"/>
      <w:r w:rsidR="00B01071" w:rsidRPr="00205CF4">
        <w:rPr>
          <w:lang w:val="ru-RU"/>
        </w:rPr>
        <w:t xml:space="preserve"> С.В. – старший </w:t>
      </w:r>
      <w:proofErr w:type="spellStart"/>
      <w:r w:rsidR="00B01071" w:rsidRPr="00205CF4">
        <w:rPr>
          <w:lang w:val="ru-RU"/>
        </w:rPr>
        <w:t>інспектор</w:t>
      </w:r>
      <w:proofErr w:type="spellEnd"/>
      <w:r w:rsidR="00B01071" w:rsidRPr="00205CF4">
        <w:rPr>
          <w:lang w:val="ru-RU"/>
        </w:rPr>
        <w:t xml:space="preserve"> </w:t>
      </w:r>
    </w:p>
    <w:p w14:paraId="3EEC4F6F" w14:textId="25F11C14" w:rsidR="00697AB5" w:rsidRPr="00205CF4" w:rsidRDefault="00C77F59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01071" w:rsidRPr="00205CF4">
        <w:rPr>
          <w:lang w:val="ru-RU"/>
        </w:rPr>
        <w:t>Проноза</w:t>
      </w:r>
      <w:proofErr w:type="spellEnd"/>
      <w:r w:rsidR="00B01071" w:rsidRPr="00205CF4">
        <w:rPr>
          <w:lang w:val="ru-RU"/>
        </w:rPr>
        <w:t xml:space="preserve"> О.О. – </w:t>
      </w:r>
      <w:proofErr w:type="spellStart"/>
      <w:r w:rsidR="00B01071" w:rsidRPr="00205CF4">
        <w:rPr>
          <w:lang w:val="ru-RU"/>
        </w:rPr>
        <w:t>адміністратор</w:t>
      </w:r>
      <w:proofErr w:type="spellEnd"/>
      <w:r w:rsidR="00B01071" w:rsidRPr="00205CF4">
        <w:rPr>
          <w:lang w:val="ru-RU"/>
        </w:rPr>
        <w:t xml:space="preserve"> ВПЗ </w:t>
      </w:r>
    </w:p>
    <w:p w14:paraId="0AB02666" w14:textId="27E8F01D" w:rsidR="00697AB5" w:rsidRPr="00205CF4" w:rsidRDefault="002E04E3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01071" w:rsidRPr="00205CF4">
        <w:rPr>
          <w:lang w:val="ru-RU"/>
        </w:rPr>
        <w:t>Іванов</w:t>
      </w:r>
      <w:proofErr w:type="spellEnd"/>
      <w:r w:rsidR="00B01071" w:rsidRPr="00205CF4">
        <w:rPr>
          <w:lang w:val="ru-RU"/>
        </w:rPr>
        <w:t xml:space="preserve"> Ю.О. – начальник ПКВ </w:t>
      </w:r>
    </w:p>
    <w:p w14:paraId="22BDDF10" w14:textId="2E5060BA" w:rsidR="00697AB5" w:rsidRPr="00205CF4" w:rsidRDefault="002E04E3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01071" w:rsidRPr="00205CF4">
        <w:rPr>
          <w:lang w:val="ru-RU"/>
        </w:rPr>
        <w:t>Кутир</w:t>
      </w:r>
      <w:proofErr w:type="spellEnd"/>
      <w:r w:rsidR="00B01071" w:rsidRPr="00205CF4">
        <w:rPr>
          <w:lang w:val="ru-RU"/>
        </w:rPr>
        <w:t xml:space="preserve"> О.О. – </w:t>
      </w:r>
      <w:proofErr w:type="spellStart"/>
      <w:r w:rsidR="00B01071" w:rsidRPr="00205CF4">
        <w:rPr>
          <w:lang w:val="ru-RU"/>
        </w:rPr>
        <w:t>інженер</w:t>
      </w:r>
      <w:proofErr w:type="spellEnd"/>
      <w:r w:rsidR="00B01071" w:rsidRPr="00205CF4">
        <w:rPr>
          <w:lang w:val="ru-RU"/>
        </w:rPr>
        <w:t xml:space="preserve"> ВТГ </w:t>
      </w:r>
    </w:p>
    <w:p w14:paraId="692331A4" w14:textId="5C9B9164" w:rsidR="00697AB5" w:rsidRPr="00205CF4" w:rsidRDefault="002E04E3" w:rsidP="00C77F5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01071" w:rsidRPr="00205CF4">
        <w:rPr>
          <w:lang w:val="ru-RU"/>
        </w:rPr>
        <w:t>Міщенко</w:t>
      </w:r>
      <w:proofErr w:type="spellEnd"/>
      <w:r w:rsidR="00B01071" w:rsidRPr="00205CF4">
        <w:rPr>
          <w:lang w:val="ru-RU"/>
        </w:rPr>
        <w:t xml:space="preserve"> А.О. – юрисконсульт ГПЗ </w:t>
      </w:r>
    </w:p>
    <w:p w14:paraId="06344FB3" w14:textId="77777777" w:rsidR="00697AB5" w:rsidRDefault="00697AB5">
      <w:pPr>
        <w:spacing w:after="0" w:line="240" w:lineRule="auto"/>
        <w:ind w:firstLine="709"/>
        <w:rPr>
          <w:lang w:val="ru-RU"/>
        </w:rPr>
      </w:pPr>
    </w:p>
    <w:p w14:paraId="1FE247D1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46E9E2D5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15AFF147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19C7F9DA" w14:textId="77777777" w:rsidR="00C77F59" w:rsidRPr="00205CF4" w:rsidRDefault="00C77F59">
      <w:pPr>
        <w:spacing w:after="0" w:line="240" w:lineRule="auto"/>
        <w:ind w:firstLine="709"/>
        <w:rPr>
          <w:lang w:val="ru-RU"/>
        </w:rPr>
      </w:pPr>
    </w:p>
    <w:p w14:paraId="27C8D77F" w14:textId="77777777" w:rsidR="00C77F59" w:rsidRDefault="00C77F59">
      <w:pPr>
        <w:rPr>
          <w:b/>
          <w:lang w:val="ru-RU"/>
        </w:rPr>
      </w:pPr>
    </w:p>
    <w:p w14:paraId="5EFFD88F" w14:textId="77777777" w:rsidR="00697AB5" w:rsidRPr="00205CF4" w:rsidRDefault="00B01071">
      <w:pPr>
        <w:rPr>
          <w:lang w:val="ru-RU"/>
        </w:rPr>
      </w:pPr>
      <w:proofErr w:type="spellStart"/>
      <w:r w:rsidRPr="002E04E3">
        <w:rPr>
          <w:bCs/>
          <w:lang w:val="ru-RU"/>
        </w:rPr>
        <w:t>Керуючий</w:t>
      </w:r>
      <w:proofErr w:type="spellEnd"/>
      <w:r w:rsidRPr="002E04E3">
        <w:rPr>
          <w:bCs/>
          <w:lang w:val="ru-RU"/>
        </w:rPr>
        <w:t xml:space="preserve"> справами </w:t>
      </w:r>
      <w:proofErr w:type="spellStart"/>
      <w:r w:rsidRPr="002E04E3">
        <w:rPr>
          <w:bCs/>
          <w:lang w:val="ru-RU"/>
        </w:rPr>
        <w:t>виконавчого</w:t>
      </w:r>
      <w:proofErr w:type="spellEnd"/>
      <w:r w:rsidRPr="002E04E3">
        <w:rPr>
          <w:bCs/>
          <w:lang w:val="ru-RU"/>
        </w:rPr>
        <w:t xml:space="preserve"> </w:t>
      </w:r>
      <w:proofErr w:type="spellStart"/>
      <w:r w:rsidRPr="002E04E3">
        <w:rPr>
          <w:bCs/>
          <w:lang w:val="ru-RU"/>
        </w:rPr>
        <w:t>комітету</w:t>
      </w:r>
      <w:proofErr w:type="spellEnd"/>
      <w:r w:rsidRPr="002E04E3">
        <w:rPr>
          <w:bCs/>
          <w:lang w:val="ru-RU"/>
        </w:rPr>
        <w:t xml:space="preserve">        </w:t>
      </w:r>
      <w:r w:rsidR="00C77F59" w:rsidRPr="002E04E3">
        <w:rPr>
          <w:bCs/>
          <w:lang w:val="ru-RU"/>
        </w:rPr>
        <w:t xml:space="preserve">    </w:t>
      </w:r>
      <w:r w:rsidRPr="002E04E3">
        <w:rPr>
          <w:bCs/>
          <w:lang w:val="ru-RU"/>
        </w:rPr>
        <w:t xml:space="preserve">            </w:t>
      </w:r>
      <w:proofErr w:type="spellStart"/>
      <w:r w:rsidRPr="002E04E3">
        <w:rPr>
          <w:bCs/>
          <w:lang w:val="ru-RU"/>
        </w:rPr>
        <w:t>О</w:t>
      </w:r>
      <w:r w:rsidRPr="00205CF4">
        <w:rPr>
          <w:lang w:val="ru-RU"/>
        </w:rPr>
        <w:t>лена</w:t>
      </w:r>
      <w:proofErr w:type="spellEnd"/>
      <w:r w:rsidRPr="00205CF4">
        <w:rPr>
          <w:lang w:val="ru-RU"/>
        </w:rPr>
        <w:t xml:space="preserve"> КРАВЧЕНКО</w:t>
      </w:r>
    </w:p>
    <w:p w14:paraId="1823D359" w14:textId="77777777" w:rsidR="00697AB5" w:rsidRPr="00205CF4" w:rsidRDefault="00B01071">
      <w:pPr>
        <w:rPr>
          <w:lang w:val="ru-RU"/>
        </w:rPr>
      </w:pPr>
      <w:r w:rsidRPr="00205CF4">
        <w:rPr>
          <w:lang w:val="ru-RU"/>
        </w:rPr>
        <w:br w:type="page"/>
      </w:r>
    </w:p>
    <w:p w14:paraId="316FB84D" w14:textId="77777777" w:rsidR="00C77F59" w:rsidRDefault="00C77F59">
      <w:pPr>
        <w:spacing w:after="0" w:line="240" w:lineRule="auto"/>
        <w:jc w:val="right"/>
        <w:rPr>
          <w:lang w:val="ru-RU"/>
        </w:rPr>
      </w:pPr>
    </w:p>
    <w:p w14:paraId="25FE39F1" w14:textId="77777777" w:rsidR="00697AB5" w:rsidRPr="00205CF4" w:rsidRDefault="00B01071">
      <w:pPr>
        <w:spacing w:after="0" w:line="240" w:lineRule="auto"/>
        <w:jc w:val="right"/>
        <w:rPr>
          <w:lang w:val="ru-RU"/>
        </w:rPr>
      </w:pPr>
      <w:proofErr w:type="spellStart"/>
      <w:r w:rsidRPr="00205CF4">
        <w:rPr>
          <w:lang w:val="ru-RU"/>
        </w:rPr>
        <w:t>Додаток</w:t>
      </w:r>
      <w:proofErr w:type="spellEnd"/>
      <w:r w:rsidRPr="00205CF4">
        <w:rPr>
          <w:lang w:val="ru-RU"/>
        </w:rPr>
        <w:t xml:space="preserve"> 1.2</w:t>
      </w:r>
    </w:p>
    <w:p w14:paraId="25018F78" w14:textId="77777777" w:rsidR="00697AB5" w:rsidRPr="00205CF4" w:rsidRDefault="00B01071">
      <w:pPr>
        <w:spacing w:after="0" w:line="240" w:lineRule="auto"/>
        <w:jc w:val="right"/>
        <w:rPr>
          <w:lang w:val="ru-RU"/>
        </w:rPr>
      </w:pPr>
      <w:r w:rsidRPr="00205CF4">
        <w:rPr>
          <w:lang w:val="ru-RU"/>
        </w:rPr>
        <w:t xml:space="preserve">до </w:t>
      </w:r>
      <w:proofErr w:type="spellStart"/>
      <w:r w:rsidRPr="00205CF4">
        <w:rPr>
          <w:lang w:val="ru-RU"/>
        </w:rPr>
        <w:t>розпорядження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міського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голови</w:t>
      </w:r>
      <w:proofErr w:type="spellEnd"/>
    </w:p>
    <w:p w14:paraId="75EDC8DB" w14:textId="267CA1A2" w:rsidR="002E04E3" w:rsidRPr="00205CF4" w:rsidRDefault="00C77F59" w:rsidP="002E04E3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</w:t>
      </w:r>
      <w:r w:rsidR="002E04E3">
        <w:rPr>
          <w:lang w:val="ru-RU"/>
        </w:rPr>
        <w:t xml:space="preserve">                                                                          </w:t>
      </w:r>
      <w:proofErr w:type="spellStart"/>
      <w:r w:rsidR="002E04E3">
        <w:rPr>
          <w:lang w:val="ru-RU"/>
        </w:rPr>
        <w:t>від</w:t>
      </w:r>
      <w:proofErr w:type="spellEnd"/>
      <w:r w:rsidR="002E04E3">
        <w:rPr>
          <w:lang w:val="ru-RU"/>
        </w:rPr>
        <w:t xml:space="preserve"> 10.08.2026        </w:t>
      </w:r>
      <w:r w:rsidR="002E04E3" w:rsidRPr="00205CF4">
        <w:rPr>
          <w:lang w:val="ru-RU"/>
        </w:rPr>
        <w:t xml:space="preserve"> №</w:t>
      </w:r>
      <w:r w:rsidR="002E04E3">
        <w:rPr>
          <w:lang w:val="ru-RU"/>
        </w:rPr>
        <w:t xml:space="preserve"> 41-од</w:t>
      </w:r>
      <w:r w:rsidR="002E04E3" w:rsidRPr="00205CF4">
        <w:rPr>
          <w:lang w:val="ru-RU"/>
        </w:rPr>
        <w:t xml:space="preserve"> </w:t>
      </w:r>
    </w:p>
    <w:p w14:paraId="47E9BBEB" w14:textId="3E3F763D" w:rsidR="00697AB5" w:rsidRPr="00205CF4" w:rsidRDefault="00C77F59" w:rsidP="00C77F59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</w:t>
      </w:r>
    </w:p>
    <w:p w14:paraId="6CDB1197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2B3ECB49" w14:textId="77777777" w:rsidR="00C77F59" w:rsidRDefault="00C77F59">
      <w:pPr>
        <w:spacing w:after="0" w:line="240" w:lineRule="auto"/>
        <w:jc w:val="center"/>
        <w:rPr>
          <w:b/>
          <w:lang w:val="ru-RU"/>
        </w:rPr>
      </w:pPr>
    </w:p>
    <w:p w14:paraId="23098C0F" w14:textId="77777777" w:rsidR="00697AB5" w:rsidRPr="00205CF4" w:rsidRDefault="00B01071">
      <w:pPr>
        <w:spacing w:after="0" w:line="240" w:lineRule="auto"/>
        <w:jc w:val="center"/>
        <w:rPr>
          <w:lang w:val="ru-RU"/>
        </w:rPr>
      </w:pPr>
      <w:r w:rsidRPr="00205CF4">
        <w:rPr>
          <w:b/>
          <w:lang w:val="ru-RU"/>
        </w:rPr>
        <w:t>СКЛАД</w:t>
      </w:r>
    </w:p>
    <w:p w14:paraId="404EDB70" w14:textId="77777777" w:rsidR="00697AB5" w:rsidRDefault="00B01071">
      <w:pPr>
        <w:spacing w:after="0" w:line="240" w:lineRule="auto"/>
        <w:jc w:val="center"/>
        <w:rPr>
          <w:b/>
          <w:lang w:val="ru-RU"/>
        </w:rPr>
      </w:pPr>
      <w:proofErr w:type="spellStart"/>
      <w:r w:rsidRPr="00205CF4">
        <w:rPr>
          <w:b/>
          <w:lang w:val="ru-RU"/>
        </w:rPr>
        <w:t>представників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Шосткинського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управління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експлуатації</w:t>
      </w:r>
      <w:proofErr w:type="spellEnd"/>
      <w:r w:rsidRPr="00205CF4">
        <w:rPr>
          <w:b/>
          <w:lang w:val="ru-RU"/>
        </w:rPr>
        <w:t xml:space="preserve"> газового </w:t>
      </w:r>
      <w:proofErr w:type="spellStart"/>
      <w:r w:rsidRPr="00205CF4">
        <w:rPr>
          <w:b/>
          <w:lang w:val="ru-RU"/>
        </w:rPr>
        <w:t>господарства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Сумської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філії</w:t>
      </w:r>
      <w:proofErr w:type="spellEnd"/>
      <w:r w:rsidRPr="00205CF4">
        <w:rPr>
          <w:b/>
          <w:lang w:val="ru-RU"/>
        </w:rPr>
        <w:t xml:space="preserve"> ТОВ «</w:t>
      </w:r>
      <w:proofErr w:type="spellStart"/>
      <w:r w:rsidRPr="00205CF4">
        <w:rPr>
          <w:b/>
          <w:lang w:val="ru-RU"/>
        </w:rPr>
        <w:t>Газорозподільні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мережі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України</w:t>
      </w:r>
      <w:proofErr w:type="spellEnd"/>
      <w:r w:rsidRPr="00205CF4">
        <w:rPr>
          <w:b/>
          <w:lang w:val="ru-RU"/>
        </w:rPr>
        <w:t xml:space="preserve">», </w:t>
      </w:r>
      <w:proofErr w:type="spellStart"/>
      <w:r w:rsidRPr="00205CF4">
        <w:rPr>
          <w:b/>
          <w:lang w:val="ru-RU"/>
        </w:rPr>
        <w:t>залучених</w:t>
      </w:r>
      <w:proofErr w:type="spellEnd"/>
      <w:r w:rsidRPr="00205CF4">
        <w:rPr>
          <w:b/>
          <w:lang w:val="ru-RU"/>
        </w:rPr>
        <w:t xml:space="preserve"> до </w:t>
      </w:r>
      <w:proofErr w:type="spellStart"/>
      <w:r w:rsidRPr="00205CF4">
        <w:rPr>
          <w:b/>
          <w:lang w:val="ru-RU"/>
        </w:rPr>
        <w:t>роботи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робочої</w:t>
      </w:r>
      <w:proofErr w:type="spellEnd"/>
      <w:r w:rsidRPr="00205CF4">
        <w:rPr>
          <w:b/>
          <w:lang w:val="ru-RU"/>
        </w:rPr>
        <w:t xml:space="preserve"> </w:t>
      </w:r>
      <w:proofErr w:type="spellStart"/>
      <w:r w:rsidRPr="00205CF4">
        <w:rPr>
          <w:b/>
          <w:lang w:val="ru-RU"/>
        </w:rPr>
        <w:t>групи</w:t>
      </w:r>
      <w:proofErr w:type="spellEnd"/>
    </w:p>
    <w:p w14:paraId="2C45362C" w14:textId="77777777" w:rsidR="00C77F59" w:rsidRPr="00205CF4" w:rsidRDefault="00C77F59">
      <w:pPr>
        <w:spacing w:after="0" w:line="240" w:lineRule="auto"/>
        <w:jc w:val="center"/>
        <w:rPr>
          <w:lang w:val="ru-RU"/>
        </w:rPr>
      </w:pPr>
    </w:p>
    <w:p w14:paraId="763C11B2" w14:textId="165179CE" w:rsidR="00697AB5" w:rsidRPr="00205CF4" w:rsidRDefault="00B01071" w:rsidP="00C77F59">
      <w:pPr>
        <w:spacing w:after="0" w:line="240" w:lineRule="auto"/>
        <w:jc w:val="both"/>
        <w:rPr>
          <w:lang w:val="ru-RU"/>
        </w:rPr>
      </w:pPr>
      <w:r w:rsidRPr="00205CF4">
        <w:rPr>
          <w:lang w:val="ru-RU"/>
        </w:rPr>
        <w:t xml:space="preserve">Корж О.М. – начальник </w:t>
      </w:r>
      <w:proofErr w:type="spellStart"/>
      <w:r w:rsidRPr="00205CF4">
        <w:rPr>
          <w:lang w:val="ru-RU"/>
        </w:rPr>
        <w:t>Шосткинського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управління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експлуатації</w:t>
      </w:r>
      <w:proofErr w:type="spellEnd"/>
      <w:r w:rsidRPr="00205CF4">
        <w:rPr>
          <w:lang w:val="ru-RU"/>
        </w:rPr>
        <w:t xml:space="preserve"> газового </w:t>
      </w:r>
      <w:proofErr w:type="spellStart"/>
      <w:r w:rsidRPr="00205CF4">
        <w:rPr>
          <w:lang w:val="ru-RU"/>
        </w:rPr>
        <w:t>господарства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Сумської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філії</w:t>
      </w:r>
      <w:proofErr w:type="spellEnd"/>
      <w:r w:rsidRPr="00205CF4">
        <w:rPr>
          <w:lang w:val="ru-RU"/>
        </w:rPr>
        <w:t xml:space="preserve"> ТОВ «</w:t>
      </w:r>
      <w:proofErr w:type="spellStart"/>
      <w:r w:rsidRPr="00205CF4">
        <w:rPr>
          <w:lang w:val="ru-RU"/>
        </w:rPr>
        <w:t>Газорозподільні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мережі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України</w:t>
      </w:r>
      <w:proofErr w:type="spellEnd"/>
      <w:r w:rsidRPr="00205CF4">
        <w:rPr>
          <w:lang w:val="ru-RU"/>
        </w:rPr>
        <w:t xml:space="preserve">» </w:t>
      </w:r>
    </w:p>
    <w:p w14:paraId="797FC016" w14:textId="4EBA7EEB" w:rsidR="00697AB5" w:rsidRPr="00205CF4" w:rsidRDefault="00B01071" w:rsidP="00C77F59">
      <w:pPr>
        <w:spacing w:after="0" w:line="240" w:lineRule="auto"/>
        <w:jc w:val="both"/>
        <w:rPr>
          <w:lang w:val="ru-RU"/>
        </w:rPr>
      </w:pPr>
      <w:proofErr w:type="spellStart"/>
      <w:r w:rsidRPr="00205CF4">
        <w:rPr>
          <w:lang w:val="ru-RU"/>
        </w:rPr>
        <w:t>Белаш</w:t>
      </w:r>
      <w:proofErr w:type="spellEnd"/>
      <w:r w:rsidRPr="00205CF4">
        <w:rPr>
          <w:lang w:val="ru-RU"/>
        </w:rPr>
        <w:t xml:space="preserve"> Н.О. – </w:t>
      </w:r>
      <w:proofErr w:type="spellStart"/>
      <w:r w:rsidRPr="00205CF4">
        <w:rPr>
          <w:lang w:val="ru-RU"/>
        </w:rPr>
        <w:t>фахівець</w:t>
      </w:r>
      <w:proofErr w:type="spellEnd"/>
      <w:r w:rsidRPr="00205CF4">
        <w:rPr>
          <w:lang w:val="ru-RU"/>
        </w:rPr>
        <w:t xml:space="preserve"> з </w:t>
      </w:r>
      <w:proofErr w:type="spellStart"/>
      <w:r w:rsidRPr="00205CF4">
        <w:rPr>
          <w:lang w:val="ru-RU"/>
        </w:rPr>
        <w:t>обслуговування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клієнтів</w:t>
      </w:r>
      <w:proofErr w:type="spellEnd"/>
      <w:r w:rsidRPr="00205CF4">
        <w:rPr>
          <w:lang w:val="ru-RU"/>
        </w:rPr>
        <w:t xml:space="preserve"> </w:t>
      </w:r>
    </w:p>
    <w:p w14:paraId="34F917E2" w14:textId="63A3E838" w:rsidR="00697AB5" w:rsidRPr="00205CF4" w:rsidRDefault="00B01071" w:rsidP="00C77F59">
      <w:pPr>
        <w:spacing w:after="0" w:line="240" w:lineRule="auto"/>
        <w:jc w:val="both"/>
        <w:rPr>
          <w:lang w:val="ru-RU"/>
        </w:rPr>
      </w:pPr>
      <w:r w:rsidRPr="00205CF4">
        <w:rPr>
          <w:lang w:val="ru-RU"/>
        </w:rPr>
        <w:t xml:space="preserve">Самойленко С.В. – </w:t>
      </w:r>
      <w:proofErr w:type="spellStart"/>
      <w:r w:rsidRPr="00205CF4">
        <w:rPr>
          <w:lang w:val="ru-RU"/>
        </w:rPr>
        <w:t>фахівець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відділу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договірної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роботи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управління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юридичного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забезпечення</w:t>
      </w:r>
      <w:proofErr w:type="spellEnd"/>
      <w:r w:rsidRPr="00205CF4">
        <w:rPr>
          <w:lang w:val="ru-RU"/>
        </w:rPr>
        <w:t xml:space="preserve"> </w:t>
      </w:r>
    </w:p>
    <w:p w14:paraId="119970F3" w14:textId="221086EF" w:rsidR="00697AB5" w:rsidRDefault="00B01071" w:rsidP="002E04E3">
      <w:pPr>
        <w:spacing w:after="0" w:line="240" w:lineRule="auto"/>
        <w:jc w:val="both"/>
        <w:rPr>
          <w:lang w:val="ru-RU"/>
        </w:rPr>
      </w:pPr>
      <w:r w:rsidRPr="00205CF4">
        <w:rPr>
          <w:lang w:val="ru-RU"/>
        </w:rPr>
        <w:t xml:space="preserve">Муратова Т.В. – </w:t>
      </w:r>
      <w:proofErr w:type="spellStart"/>
      <w:r w:rsidRPr="00205CF4">
        <w:rPr>
          <w:lang w:val="ru-RU"/>
        </w:rPr>
        <w:t>майстер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служби</w:t>
      </w:r>
      <w:proofErr w:type="spellEnd"/>
      <w:r w:rsidRPr="00205CF4">
        <w:rPr>
          <w:lang w:val="ru-RU"/>
        </w:rPr>
        <w:t xml:space="preserve"> </w:t>
      </w:r>
      <w:proofErr w:type="spellStart"/>
      <w:r w:rsidRPr="00205CF4">
        <w:rPr>
          <w:lang w:val="ru-RU"/>
        </w:rPr>
        <w:t>експлуатації</w:t>
      </w:r>
      <w:proofErr w:type="spellEnd"/>
      <w:r w:rsidRPr="00205CF4">
        <w:rPr>
          <w:lang w:val="ru-RU"/>
        </w:rPr>
        <w:t xml:space="preserve"> мереж і ПРГ </w:t>
      </w:r>
    </w:p>
    <w:p w14:paraId="468ED219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701EEF48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6DCE9411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29133435" w14:textId="77777777" w:rsidR="00C77F59" w:rsidRDefault="00C77F59">
      <w:pPr>
        <w:spacing w:after="0" w:line="240" w:lineRule="auto"/>
        <w:ind w:firstLine="709"/>
        <w:rPr>
          <w:lang w:val="ru-RU"/>
        </w:rPr>
      </w:pPr>
    </w:p>
    <w:p w14:paraId="60C69B9C" w14:textId="77777777" w:rsidR="00C77F59" w:rsidRPr="00205CF4" w:rsidRDefault="00C77F59">
      <w:pPr>
        <w:spacing w:after="0" w:line="240" w:lineRule="auto"/>
        <w:ind w:firstLine="709"/>
        <w:rPr>
          <w:lang w:val="ru-RU"/>
        </w:rPr>
      </w:pPr>
    </w:p>
    <w:p w14:paraId="3E4C9F04" w14:textId="77777777" w:rsidR="00697AB5" w:rsidRPr="00205CF4" w:rsidRDefault="00B01071">
      <w:pPr>
        <w:rPr>
          <w:lang w:val="ru-RU"/>
        </w:rPr>
      </w:pPr>
      <w:proofErr w:type="spellStart"/>
      <w:r w:rsidRPr="002E04E3">
        <w:rPr>
          <w:bCs/>
          <w:lang w:val="ru-RU"/>
        </w:rPr>
        <w:t>Керуючий</w:t>
      </w:r>
      <w:proofErr w:type="spellEnd"/>
      <w:r w:rsidRPr="002E04E3">
        <w:rPr>
          <w:bCs/>
          <w:lang w:val="ru-RU"/>
        </w:rPr>
        <w:t xml:space="preserve"> справами </w:t>
      </w:r>
      <w:proofErr w:type="spellStart"/>
      <w:r w:rsidRPr="002E04E3">
        <w:rPr>
          <w:bCs/>
          <w:lang w:val="ru-RU"/>
        </w:rPr>
        <w:t>виконавчого</w:t>
      </w:r>
      <w:proofErr w:type="spellEnd"/>
      <w:r w:rsidRPr="002E04E3">
        <w:rPr>
          <w:bCs/>
          <w:lang w:val="ru-RU"/>
        </w:rPr>
        <w:t xml:space="preserve"> </w:t>
      </w:r>
      <w:proofErr w:type="spellStart"/>
      <w:r w:rsidRPr="002E04E3">
        <w:rPr>
          <w:bCs/>
          <w:lang w:val="ru-RU"/>
        </w:rPr>
        <w:t>комітету</w:t>
      </w:r>
      <w:proofErr w:type="spellEnd"/>
      <w:r w:rsidRPr="00205CF4">
        <w:rPr>
          <w:lang w:val="ru-RU"/>
        </w:rPr>
        <w:t xml:space="preserve">      </w:t>
      </w:r>
      <w:r w:rsidR="00C77F59">
        <w:rPr>
          <w:lang w:val="ru-RU"/>
        </w:rPr>
        <w:t xml:space="preserve">    </w:t>
      </w:r>
      <w:r w:rsidRPr="00205CF4">
        <w:rPr>
          <w:lang w:val="ru-RU"/>
        </w:rPr>
        <w:t xml:space="preserve">              </w:t>
      </w:r>
      <w:proofErr w:type="spellStart"/>
      <w:r w:rsidRPr="00205CF4">
        <w:rPr>
          <w:lang w:val="ru-RU"/>
        </w:rPr>
        <w:t>Олена</w:t>
      </w:r>
      <w:proofErr w:type="spellEnd"/>
      <w:r w:rsidRPr="00205CF4">
        <w:rPr>
          <w:lang w:val="ru-RU"/>
        </w:rPr>
        <w:t xml:space="preserve"> КРАВЧЕНКО</w:t>
      </w:r>
    </w:p>
    <w:sectPr w:rsidR="00697AB5" w:rsidRPr="00205CF4" w:rsidSect="0086600B">
      <w:pgSz w:w="12240" w:h="15840"/>
      <w:pgMar w:top="426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13E6" w14:textId="77777777" w:rsidR="00435547" w:rsidRDefault="00435547" w:rsidP="00205CF4">
      <w:pPr>
        <w:spacing w:after="0" w:line="240" w:lineRule="auto"/>
      </w:pPr>
      <w:r>
        <w:separator/>
      </w:r>
    </w:p>
  </w:endnote>
  <w:endnote w:type="continuationSeparator" w:id="0">
    <w:p w14:paraId="1DA857CE" w14:textId="77777777" w:rsidR="00435547" w:rsidRDefault="00435547" w:rsidP="0020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1C4F" w14:textId="77777777" w:rsidR="00435547" w:rsidRDefault="00435547" w:rsidP="00205CF4">
      <w:pPr>
        <w:spacing w:after="0" w:line="240" w:lineRule="auto"/>
      </w:pPr>
      <w:r>
        <w:separator/>
      </w:r>
    </w:p>
  </w:footnote>
  <w:footnote w:type="continuationSeparator" w:id="0">
    <w:p w14:paraId="468ADCDC" w14:textId="77777777" w:rsidR="00435547" w:rsidRDefault="00435547" w:rsidP="0020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7B3"/>
    <w:rsid w:val="00103B3D"/>
    <w:rsid w:val="0015074B"/>
    <w:rsid w:val="00205CF4"/>
    <w:rsid w:val="0029639D"/>
    <w:rsid w:val="002E04E3"/>
    <w:rsid w:val="00326F90"/>
    <w:rsid w:val="00435547"/>
    <w:rsid w:val="00697AB5"/>
    <w:rsid w:val="007E0E39"/>
    <w:rsid w:val="0086600B"/>
    <w:rsid w:val="00AA1D8D"/>
    <w:rsid w:val="00B01071"/>
    <w:rsid w:val="00B47730"/>
    <w:rsid w:val="00C22798"/>
    <w:rsid w:val="00C77F59"/>
    <w:rsid w:val="00CB0664"/>
    <w:rsid w:val="00EC1B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52487"/>
  <w14:defaultImageDpi w14:val="300"/>
  <w15:docId w15:val="{E91D5655-D2A2-4222-9113-B7DB9850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86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8660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E500ED-5809-4528-9063-DED98AFA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2507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cp:lastPrinted>2026-08-18T05:18:00Z</cp:lastPrinted>
  <dcterms:created xsi:type="dcterms:W3CDTF">2026-08-17T14:03:00Z</dcterms:created>
  <dcterms:modified xsi:type="dcterms:W3CDTF">2026-08-18T05:40:00Z</dcterms:modified>
  <cp:category/>
</cp:coreProperties>
</file>